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92C78" w14:textId="5477DC86" w:rsidR="005D3369" w:rsidRPr="00271931" w:rsidRDefault="1F51A881" w:rsidP="00271931">
      <w:pPr>
        <w:pStyle w:val="Heading1"/>
        <w:rPr>
          <w:sz w:val="36"/>
          <w:szCs w:val="36"/>
        </w:rPr>
      </w:pPr>
      <w:r w:rsidRPr="00271931">
        <w:rPr>
          <w:sz w:val="36"/>
          <w:szCs w:val="36"/>
        </w:rPr>
        <w:t>NCDOT Safe Routes to School</w:t>
      </w:r>
      <w:r w:rsidR="00250777" w:rsidRPr="00271931">
        <w:rPr>
          <w:sz w:val="36"/>
          <w:szCs w:val="36"/>
        </w:rPr>
        <w:br/>
      </w:r>
      <w:r w:rsidR="0021055E" w:rsidRPr="00271931">
        <w:rPr>
          <w:sz w:val="36"/>
          <w:szCs w:val="36"/>
        </w:rPr>
        <w:t>Planning and Programming</w:t>
      </w:r>
      <w:r w:rsidRPr="00271931">
        <w:rPr>
          <w:sz w:val="36"/>
          <w:szCs w:val="36"/>
        </w:rPr>
        <w:t xml:space="preserve"> Grant Application</w:t>
      </w:r>
    </w:p>
    <w:p w14:paraId="452BEEF4" w14:textId="0EC3AB2B" w:rsidR="005D3369" w:rsidRPr="007D1417" w:rsidRDefault="00250777">
      <w:pPr>
        <w:rPr>
          <w:sz w:val="22"/>
        </w:rPr>
      </w:pPr>
      <w:r w:rsidRPr="007D1417">
        <w:rPr>
          <w:sz w:val="22"/>
        </w:rPr>
        <w:t>APPLICATION WORKSHEET • 2026</w:t>
      </w:r>
    </w:p>
    <w:p w14:paraId="417AEE1E" w14:textId="77777777" w:rsidR="005D3369" w:rsidRPr="00F8460A" w:rsidRDefault="00250777" w:rsidP="00271931">
      <w:pPr>
        <w:pStyle w:val="Heading2"/>
      </w:pPr>
      <w:r w:rsidRPr="00F8460A">
        <w:t>About the Application Process</w:t>
      </w:r>
    </w:p>
    <w:p w14:paraId="3FDDE48D" w14:textId="1553F4E5" w:rsidR="005D3369" w:rsidRPr="007D1417" w:rsidRDefault="00250777" w:rsidP="00271931">
      <w:pPr>
        <w:pStyle w:val="BodyText"/>
        <w:spacing w:after="240"/>
        <w:rPr>
          <w:sz w:val="22"/>
        </w:rPr>
      </w:pPr>
      <w:r w:rsidRPr="007D1417">
        <w:rPr>
          <w:sz w:val="22"/>
        </w:rPr>
        <w:t xml:space="preserve">This document is intended as a worksheet for response preparation. All applications must be submitted using the online </w:t>
      </w:r>
      <w:r w:rsidR="004B72DB" w:rsidRPr="007D1417">
        <w:rPr>
          <w:sz w:val="22"/>
        </w:rPr>
        <w:t xml:space="preserve">Smartsheet </w:t>
      </w:r>
      <w:r w:rsidRPr="007D1417">
        <w:rPr>
          <w:sz w:val="22"/>
        </w:rPr>
        <w:t>application</w:t>
      </w:r>
      <w:r w:rsidR="003D1DAE" w:rsidRPr="007D1417">
        <w:rPr>
          <w:sz w:val="22"/>
        </w:rPr>
        <w:t xml:space="preserve"> by 11:59pm on Friday, November 6, 2026</w:t>
      </w:r>
      <w:r w:rsidRPr="007D1417">
        <w:rPr>
          <w:sz w:val="22"/>
        </w:rPr>
        <w:t xml:space="preserve">. </w:t>
      </w:r>
      <w:r w:rsidR="003424E3">
        <w:rPr>
          <w:sz w:val="22"/>
        </w:rPr>
        <w:t xml:space="preserve">The </w:t>
      </w:r>
      <w:r w:rsidR="00302EB2">
        <w:rPr>
          <w:sz w:val="22"/>
        </w:rPr>
        <w:t xml:space="preserve">Smartsheet </w:t>
      </w:r>
      <w:r w:rsidR="003424E3">
        <w:rPr>
          <w:sz w:val="22"/>
        </w:rPr>
        <w:t xml:space="preserve">application </w:t>
      </w:r>
      <w:r w:rsidR="00302EB2">
        <w:rPr>
          <w:sz w:val="22"/>
        </w:rPr>
        <w:t xml:space="preserve">form </w:t>
      </w:r>
      <w:r w:rsidR="003424E3">
        <w:rPr>
          <w:sz w:val="22"/>
        </w:rPr>
        <w:t xml:space="preserve">and additional guidance can be found on </w:t>
      </w:r>
      <w:r w:rsidR="00302EB2">
        <w:rPr>
          <w:sz w:val="22"/>
        </w:rPr>
        <w:t>the</w:t>
      </w:r>
      <w:r w:rsidR="003424E3">
        <w:rPr>
          <w:sz w:val="22"/>
        </w:rPr>
        <w:t xml:space="preserve"> </w:t>
      </w:r>
      <w:hyperlink r:id="rId11" w:history="1">
        <w:r w:rsidR="003424E3" w:rsidRPr="003424E3">
          <w:rPr>
            <w:rStyle w:val="Hyperlink"/>
            <w:sz w:val="22"/>
          </w:rPr>
          <w:t>website</w:t>
        </w:r>
      </w:hyperlink>
      <w:r w:rsidR="003424E3">
        <w:rPr>
          <w:sz w:val="22"/>
        </w:rPr>
        <w:t xml:space="preserve">. </w:t>
      </w:r>
    </w:p>
    <w:p w14:paraId="3E95BAE8" w14:textId="400BE9D0" w:rsidR="005D3369" w:rsidRPr="007D1417" w:rsidRDefault="005A79A9">
      <w:pPr>
        <w:pStyle w:val="BodyText"/>
        <w:rPr>
          <w:sz w:val="22"/>
        </w:rPr>
      </w:pPr>
      <w:r w:rsidRPr="005A79A9">
        <w:rPr>
          <w:noProof/>
          <w:sz w:val="22"/>
        </w:rPr>
        <mc:AlternateContent>
          <mc:Choice Requires="wps">
            <w:drawing>
              <wp:inline distT="0" distB="0" distL="0" distR="0" wp14:anchorId="433DCE6E" wp14:editId="42A21229">
                <wp:extent cx="6361044" cy="1404620"/>
                <wp:effectExtent l="0" t="0" r="20955" b="10160"/>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1044" cy="1404620"/>
                        </a:xfrm>
                        <a:prstGeom prst="rect">
                          <a:avLst/>
                        </a:prstGeom>
                        <a:solidFill>
                          <a:schemeClr val="accent1">
                            <a:lumMod val="20000"/>
                            <a:lumOff val="80000"/>
                          </a:schemeClr>
                        </a:solidFill>
                        <a:ln w="9525">
                          <a:solidFill>
                            <a:srgbClr val="000000"/>
                          </a:solidFill>
                          <a:miter lim="800000"/>
                          <a:headEnd/>
                          <a:tailEnd/>
                        </a:ln>
                      </wps:spPr>
                      <wps:txbx>
                        <w:txbxContent>
                          <w:p w14:paraId="615C3BF7" w14:textId="77777777" w:rsidR="005A79A9" w:rsidRPr="007D1417" w:rsidRDefault="005A79A9" w:rsidP="005A79A9">
                            <w:pPr>
                              <w:pStyle w:val="BodyText"/>
                              <w:rPr>
                                <w:sz w:val="22"/>
                              </w:rPr>
                            </w:pPr>
                            <w:r w:rsidRPr="007D1417">
                              <w:rPr>
                                <w:b/>
                                <w:sz w:val="22"/>
                              </w:rPr>
                              <w:t>Overview: Before you apply</w:t>
                            </w:r>
                          </w:p>
                          <w:p w14:paraId="762053FE" w14:textId="7585233E" w:rsidR="005A79A9" w:rsidRPr="007D1417" w:rsidRDefault="005A79A9" w:rsidP="00271931">
                            <w:pPr>
                              <w:pStyle w:val="BodyText"/>
                              <w:spacing w:after="240"/>
                            </w:pPr>
                            <w:r w:rsidRPr="007D1417">
                              <w:rPr>
                                <w:sz w:val="22"/>
                              </w:rPr>
                              <w:t>Review the NCDOT Safe Routes to School Planning and Programming Grant information, eligible activities, and funding requirements for more details.</w:t>
                            </w:r>
                          </w:p>
                          <w:p w14:paraId="51433FDE" w14:textId="4D4169F9" w:rsidR="005A79A9" w:rsidRDefault="005A79A9" w:rsidP="005A79A9">
                            <w:pPr>
                              <w:pStyle w:val="CompactBullet"/>
                              <w:numPr>
                                <w:ilvl w:val="0"/>
                                <w:numId w:val="23"/>
                              </w:numPr>
                              <w:spacing w:after="120" w:line="252" w:lineRule="auto"/>
                              <w:ind w:left="600"/>
                              <w:rPr>
                                <w:sz w:val="22"/>
                              </w:rPr>
                            </w:pPr>
                            <w:r>
                              <w:rPr>
                                <w:sz w:val="22"/>
                              </w:rPr>
                              <w:t>Project proposals should cover 18 months and cost between $25,000 and $</w:t>
                            </w:r>
                            <w:r w:rsidR="00E04A09">
                              <w:rPr>
                                <w:sz w:val="22"/>
                              </w:rPr>
                              <w:t>4</w:t>
                            </w:r>
                            <w:r>
                              <w:rPr>
                                <w:sz w:val="22"/>
                              </w:rPr>
                              <w:t xml:space="preserve">00,000. </w:t>
                            </w:r>
                          </w:p>
                          <w:p w14:paraId="1BF60696" w14:textId="77777777" w:rsidR="005A79A9" w:rsidRPr="007D1417" w:rsidRDefault="005A79A9" w:rsidP="005A79A9">
                            <w:pPr>
                              <w:pStyle w:val="CompactBullet"/>
                              <w:numPr>
                                <w:ilvl w:val="0"/>
                                <w:numId w:val="23"/>
                              </w:numPr>
                              <w:spacing w:after="120" w:line="252" w:lineRule="auto"/>
                              <w:ind w:left="600"/>
                              <w:rPr>
                                <w:sz w:val="22"/>
                              </w:rPr>
                            </w:pPr>
                            <w:r w:rsidRPr="007D1417">
                              <w:rPr>
                                <w:sz w:val="22"/>
                              </w:rPr>
                              <w:t>Funding may support planning, programming, program coordination or staffing, demonstration projects, stand-alone equipment or materials, and other eligible non-infrastructure activities. Applicants do not need to request a coordinator or staff position.</w:t>
                            </w:r>
                          </w:p>
                          <w:p w14:paraId="4867614A" w14:textId="77777777" w:rsidR="005A79A9" w:rsidRPr="007D1417" w:rsidRDefault="005A79A9" w:rsidP="005A79A9">
                            <w:pPr>
                              <w:pStyle w:val="CompactBullet"/>
                              <w:numPr>
                                <w:ilvl w:val="0"/>
                                <w:numId w:val="23"/>
                              </w:numPr>
                              <w:spacing w:after="120" w:line="252" w:lineRule="auto"/>
                              <w:ind w:left="600"/>
                              <w:rPr>
                                <w:sz w:val="22"/>
                              </w:rPr>
                            </w:pPr>
                            <w:r w:rsidRPr="007D1417">
                              <w:rPr>
                                <w:sz w:val="22"/>
                              </w:rPr>
                              <w:t>Projects may serve one school or multiple schools. The proposed budget, staffing, and activities should be proportionate to the project's scope and reach.</w:t>
                            </w:r>
                          </w:p>
                          <w:p w14:paraId="410C2195" w14:textId="77777777" w:rsidR="005A79A9" w:rsidRPr="007D1417" w:rsidRDefault="005A79A9" w:rsidP="005A79A9">
                            <w:pPr>
                              <w:pStyle w:val="CompactBullet"/>
                              <w:numPr>
                                <w:ilvl w:val="0"/>
                                <w:numId w:val="23"/>
                              </w:numPr>
                              <w:spacing w:after="120" w:line="252" w:lineRule="auto"/>
                              <w:ind w:left="600"/>
                              <w:rPr>
                                <w:sz w:val="22"/>
                              </w:rPr>
                            </w:pPr>
                            <w:r w:rsidRPr="007D1417">
                              <w:rPr>
                                <w:sz w:val="22"/>
                              </w:rPr>
                              <w:t xml:space="preserve">Projects must clearly serve K-12 students </w:t>
                            </w:r>
                            <w:r>
                              <w:rPr>
                                <w:sz w:val="22"/>
                              </w:rPr>
                              <w:t xml:space="preserve">at public and/or private schools </w:t>
                            </w:r>
                            <w:r w:rsidRPr="007D1417">
                              <w:rPr>
                                <w:sz w:val="22"/>
                              </w:rPr>
                              <w:t>and support safe walking, bicycling, or rolling.</w:t>
                            </w:r>
                          </w:p>
                          <w:p w14:paraId="097138D5" w14:textId="77777777" w:rsidR="005A79A9" w:rsidRPr="007D1417" w:rsidRDefault="005A79A9" w:rsidP="005A79A9">
                            <w:pPr>
                              <w:pStyle w:val="CompactBullet"/>
                              <w:numPr>
                                <w:ilvl w:val="0"/>
                                <w:numId w:val="23"/>
                              </w:numPr>
                              <w:spacing w:after="120" w:line="252" w:lineRule="auto"/>
                              <w:ind w:left="600"/>
                              <w:rPr>
                                <w:sz w:val="22"/>
                              </w:rPr>
                            </w:pPr>
                            <w:r w:rsidRPr="55BBB1C3">
                              <w:rPr>
                                <w:sz w:val="22"/>
                              </w:rPr>
                              <w:t>NCDOT funding is reimbursement-based. Applicants must be able to pay eligible expenses before requesting reimbursement.</w:t>
                            </w:r>
                          </w:p>
                          <w:p w14:paraId="579E05D7" w14:textId="77777777" w:rsidR="005A79A9" w:rsidRPr="007D1417" w:rsidRDefault="005A79A9" w:rsidP="00271931">
                            <w:pPr>
                              <w:pStyle w:val="CompactBullet"/>
                              <w:numPr>
                                <w:ilvl w:val="0"/>
                                <w:numId w:val="23"/>
                              </w:numPr>
                              <w:spacing w:after="240" w:line="252" w:lineRule="auto"/>
                              <w:ind w:left="605"/>
                              <w:rPr>
                                <w:sz w:val="22"/>
                              </w:rPr>
                            </w:pPr>
                            <w:r w:rsidRPr="007D1417">
                              <w:rPr>
                                <w:sz w:val="22"/>
                              </w:rPr>
                              <w:t>The program requires a 20 percent local match. Applicants must include the full match in the project budget and identify the anticipated source and status in Part I.</w:t>
                            </w:r>
                          </w:p>
                          <w:p w14:paraId="6452E75D" w14:textId="77777777" w:rsidR="005A79A9" w:rsidRDefault="005A79A9" w:rsidP="005A79A9">
                            <w:r w:rsidRPr="68975F28">
                              <w:rPr>
                                <w:sz w:val="22"/>
                              </w:rPr>
                              <w:t xml:space="preserve">Applicants must submit the NCDOT work plan and budget templates. Selected applicants will </w:t>
                            </w:r>
                            <w:r>
                              <w:rPr>
                                <w:sz w:val="22"/>
                              </w:rPr>
                              <w:t xml:space="preserve">work with IMD to </w:t>
                            </w:r>
                            <w:r w:rsidRPr="68975F28">
                              <w:rPr>
                                <w:sz w:val="22"/>
                              </w:rPr>
                              <w:t>refine the scope, schedule, deliverables, evaluation measures, and reporting requirements.</w:t>
                            </w:r>
                          </w:p>
                        </w:txbxContent>
                      </wps:txbx>
                      <wps:bodyPr rot="0" vert="horz" wrap="square" lIns="91440" tIns="45720" rIns="91440" bIns="45720" anchor="t" anchorCtr="0">
                        <a:spAutoFit/>
                      </wps:bodyPr>
                    </wps:wsp>
                  </a:graphicData>
                </a:graphic>
              </wp:inline>
            </w:drawing>
          </mc:Choice>
          <mc:Fallback>
            <w:pict>
              <v:shapetype w14:anchorId="433DCE6E" id="_x0000_t202" coordsize="21600,21600" o:spt="202" path="m,l,21600r21600,l21600,xe">
                <v:stroke joinstyle="miter"/>
                <v:path gradientshapeok="t" o:connecttype="rect"/>
              </v:shapetype>
              <v:shape id="Text Box 2" o:spid="_x0000_s1026" type="#_x0000_t202" alt="&quot;&quot;" style="width:500.8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" fillcolor="#dbe5f1 [660]">
                <v:textbox style="mso-fit-shape-to-text:t">
                  <w:txbxContent>
                    <w:p w14:paraId="615C3BF7" w14:textId="77777777" w:rsidR="005A79A9" w:rsidRPr="007D1417" w:rsidRDefault="005A79A9" w:rsidP="005A79A9">
                      <w:pPr>
                        <w:pStyle w:val="BodyText"/>
                        <w:rPr>
                          <w:sz w:val="22"/>
                        </w:rPr>
                      </w:pPr>
                      <w:r w:rsidRPr="007D1417">
                        <w:rPr>
                          <w:b/>
                          <w:sz w:val="22"/>
                        </w:rPr>
                        <w:t>Overview: Before you apply</w:t>
                      </w:r>
                    </w:p>
                    <w:p w14:paraId="762053FE" w14:textId="7585233E" w:rsidR="005A79A9" w:rsidRPr="007D1417" w:rsidRDefault="005A79A9" w:rsidP="00271931">
                      <w:pPr>
                        <w:pStyle w:val="BodyText"/>
                        <w:spacing w:after="240"/>
                      </w:pPr>
                      <w:r w:rsidRPr="007D1417">
                        <w:rPr>
                          <w:sz w:val="22"/>
                        </w:rPr>
                        <w:t>Review the NCDOT Safe Routes to School Planning and Programming Grant information, eligible activities, and funding requirements for more details.</w:t>
                      </w:r>
                    </w:p>
                    <w:p w14:paraId="51433FDE" w14:textId="4D4169F9" w:rsidR="005A79A9" w:rsidRDefault="005A79A9" w:rsidP="005A79A9">
                      <w:pPr>
                        <w:pStyle w:val="CompactBullet"/>
                        <w:numPr>
                          <w:ilvl w:val="0"/>
                          <w:numId w:val="23"/>
                        </w:numPr>
                        <w:spacing w:after="120" w:line="252" w:lineRule="auto"/>
                        <w:ind w:left="600"/>
                        <w:rPr>
                          <w:sz w:val="22"/>
                        </w:rPr>
                      </w:pPr>
                      <w:r>
                        <w:rPr>
                          <w:sz w:val="22"/>
                        </w:rPr>
                        <w:t>Project proposals should cover 18 months and cost between $25,000 and $</w:t>
                      </w:r>
                      <w:r w:rsidR="00E04A09">
                        <w:rPr>
                          <w:sz w:val="22"/>
                        </w:rPr>
                        <w:t>4</w:t>
                      </w:r>
                      <w:r>
                        <w:rPr>
                          <w:sz w:val="22"/>
                        </w:rPr>
                        <w:t xml:space="preserve">00,000. </w:t>
                      </w:r>
                    </w:p>
                    <w:p w14:paraId="1BF60696" w14:textId="77777777" w:rsidR="005A79A9" w:rsidRPr="007D1417" w:rsidRDefault="005A79A9" w:rsidP="005A79A9">
                      <w:pPr>
                        <w:pStyle w:val="CompactBullet"/>
                        <w:numPr>
                          <w:ilvl w:val="0"/>
                          <w:numId w:val="23"/>
                        </w:numPr>
                        <w:spacing w:after="120" w:line="252" w:lineRule="auto"/>
                        <w:ind w:left="600"/>
                        <w:rPr>
                          <w:sz w:val="22"/>
                        </w:rPr>
                      </w:pPr>
                      <w:r w:rsidRPr="007D1417">
                        <w:rPr>
                          <w:sz w:val="22"/>
                        </w:rPr>
                        <w:t>Funding may support planning, programming, program coordination or staffing, demonstration projects, stand-alone equipment or materials, and other eligible non-infrastructure activities. Applicants do not need to request a coordinator or staff position.</w:t>
                      </w:r>
                    </w:p>
                    <w:p w14:paraId="4867614A" w14:textId="77777777" w:rsidR="005A79A9" w:rsidRPr="007D1417" w:rsidRDefault="005A79A9" w:rsidP="005A79A9">
                      <w:pPr>
                        <w:pStyle w:val="CompactBullet"/>
                        <w:numPr>
                          <w:ilvl w:val="0"/>
                          <w:numId w:val="23"/>
                        </w:numPr>
                        <w:spacing w:after="120" w:line="252" w:lineRule="auto"/>
                        <w:ind w:left="600"/>
                        <w:rPr>
                          <w:sz w:val="22"/>
                        </w:rPr>
                      </w:pPr>
                      <w:r w:rsidRPr="007D1417">
                        <w:rPr>
                          <w:sz w:val="22"/>
                        </w:rPr>
                        <w:t>Projects may serve one school or multiple schools. The proposed budget, staffing, and activities should be proportionate to the project's scope and reach.</w:t>
                      </w:r>
                    </w:p>
                    <w:p w14:paraId="410C2195" w14:textId="77777777" w:rsidR="005A79A9" w:rsidRPr="007D1417" w:rsidRDefault="005A79A9" w:rsidP="005A79A9">
                      <w:pPr>
                        <w:pStyle w:val="CompactBullet"/>
                        <w:numPr>
                          <w:ilvl w:val="0"/>
                          <w:numId w:val="23"/>
                        </w:numPr>
                        <w:spacing w:after="120" w:line="252" w:lineRule="auto"/>
                        <w:ind w:left="600"/>
                        <w:rPr>
                          <w:sz w:val="22"/>
                        </w:rPr>
                      </w:pPr>
                      <w:r w:rsidRPr="007D1417">
                        <w:rPr>
                          <w:sz w:val="22"/>
                        </w:rPr>
                        <w:t xml:space="preserve">Projects must clearly serve K-12 students </w:t>
                      </w:r>
                      <w:r>
                        <w:rPr>
                          <w:sz w:val="22"/>
                        </w:rPr>
                        <w:t xml:space="preserve">at public and/or private schools </w:t>
                      </w:r>
                      <w:r w:rsidRPr="007D1417">
                        <w:rPr>
                          <w:sz w:val="22"/>
                        </w:rPr>
                        <w:t>and support safe walking, bicycling, or rolling.</w:t>
                      </w:r>
                    </w:p>
                    <w:p w14:paraId="097138D5" w14:textId="77777777" w:rsidR="005A79A9" w:rsidRPr="007D1417" w:rsidRDefault="005A79A9" w:rsidP="005A79A9">
                      <w:pPr>
                        <w:pStyle w:val="CompactBullet"/>
                        <w:numPr>
                          <w:ilvl w:val="0"/>
                          <w:numId w:val="23"/>
                        </w:numPr>
                        <w:spacing w:after="120" w:line="252" w:lineRule="auto"/>
                        <w:ind w:left="600"/>
                        <w:rPr>
                          <w:sz w:val="22"/>
                        </w:rPr>
                      </w:pPr>
                      <w:r w:rsidRPr="55BBB1C3">
                        <w:rPr>
                          <w:sz w:val="22"/>
                        </w:rPr>
                        <w:t>NCDOT funding is reimbursement-based. Applicants must be able to pay eligible expenses before requesting reimbursement.</w:t>
                      </w:r>
                    </w:p>
                    <w:p w14:paraId="579E05D7" w14:textId="77777777" w:rsidR="005A79A9" w:rsidRPr="007D1417" w:rsidRDefault="005A79A9" w:rsidP="00271931">
                      <w:pPr>
                        <w:pStyle w:val="CompactBullet"/>
                        <w:numPr>
                          <w:ilvl w:val="0"/>
                          <w:numId w:val="23"/>
                        </w:numPr>
                        <w:spacing w:after="240" w:line="252" w:lineRule="auto"/>
                        <w:ind w:left="605"/>
                        <w:rPr>
                          <w:sz w:val="22"/>
                        </w:rPr>
                      </w:pPr>
                      <w:r w:rsidRPr="007D1417">
                        <w:rPr>
                          <w:sz w:val="22"/>
                        </w:rPr>
                        <w:t>The program requires a 20 percent local match. Applicants must include the full match in the project budget and identify the anticipated source and status in Part I.</w:t>
                      </w:r>
                    </w:p>
                    <w:p w14:paraId="6452E75D" w14:textId="77777777" w:rsidR="005A79A9" w:rsidRDefault="005A79A9" w:rsidP="005A79A9">
                      <w:r w:rsidRPr="68975F28">
                        <w:rPr>
                          <w:sz w:val="22"/>
                        </w:rPr>
                        <w:t xml:space="preserve">Applicants must submit the NCDOT work plan and budget templates. Selected applicants will </w:t>
                      </w:r>
                      <w:r>
                        <w:rPr>
                          <w:sz w:val="22"/>
                        </w:rPr>
                        <w:t xml:space="preserve">work with IMD to </w:t>
                      </w:r>
                      <w:r w:rsidRPr="68975F28">
                        <w:rPr>
                          <w:sz w:val="22"/>
                        </w:rPr>
                        <w:t>refine the scope, schedule, deliverables, evaluation measures, and reporting requirements.</w:t>
                      </w:r>
                    </w:p>
                  </w:txbxContent>
                </v:textbox>
                <w10:anchorlock/>
              </v:shape>
            </w:pict>
          </mc:Fallback>
        </mc:AlternateContent>
      </w:r>
    </w:p>
    <w:p w14:paraId="71EF7C80" w14:textId="77777777" w:rsidR="005D3369" w:rsidRDefault="005D3369">
      <w:pPr>
        <w:spacing w:after="0"/>
      </w:pPr>
    </w:p>
    <w:p w14:paraId="0B88275D" w14:textId="6C946554" w:rsidR="005D3369" w:rsidRPr="00271931" w:rsidRDefault="00250777">
      <w:pPr>
        <w:pStyle w:val="BodyText"/>
        <w:rPr>
          <w:b/>
          <w:sz w:val="22"/>
        </w:rPr>
      </w:pPr>
      <w:r w:rsidRPr="00271931">
        <w:rPr>
          <w:b/>
          <w:i/>
          <w:iCs/>
          <w:sz w:val="22"/>
        </w:rPr>
        <w:t>Questions:</w:t>
      </w:r>
      <w:r w:rsidR="0011171A" w:rsidRPr="00271931">
        <w:rPr>
          <w:b/>
          <w:i/>
          <w:iCs/>
          <w:sz w:val="22"/>
        </w:rPr>
        <w:t xml:space="preserve"> </w:t>
      </w:r>
      <w:r w:rsidR="0011171A" w:rsidRPr="00914271">
        <w:rPr>
          <w:b/>
          <w:sz w:val="22"/>
        </w:rPr>
        <w:t>Contact</w:t>
      </w:r>
      <w:r w:rsidRPr="00914271">
        <w:rPr>
          <w:b/>
          <w:sz w:val="22"/>
        </w:rPr>
        <w:t xml:space="preserve"> </w:t>
      </w:r>
      <w:r w:rsidR="00B6305B" w:rsidRPr="00271931">
        <w:rPr>
          <w:b/>
          <w:sz w:val="22"/>
        </w:rPr>
        <w:t xml:space="preserve">Jennifer Delcourt, Statewide Planner and Safe Routes to School </w:t>
      </w:r>
      <w:r w:rsidR="00E644EC" w:rsidRPr="00271931">
        <w:rPr>
          <w:b/>
          <w:sz w:val="22"/>
        </w:rPr>
        <w:t>Program Manager</w:t>
      </w:r>
      <w:r w:rsidR="00B6305B" w:rsidRPr="00271931">
        <w:rPr>
          <w:b/>
          <w:sz w:val="22"/>
        </w:rPr>
        <w:t>, Integrated Mobility Division, NC Department of Transportation</w:t>
      </w:r>
      <w:r w:rsidR="00742243" w:rsidRPr="00271931">
        <w:rPr>
          <w:b/>
          <w:sz w:val="22"/>
        </w:rPr>
        <w:t xml:space="preserve"> </w:t>
      </w:r>
      <w:r w:rsidR="00914271" w:rsidRPr="00271931">
        <w:rPr>
          <w:b/>
          <w:sz w:val="22"/>
        </w:rPr>
        <w:t>at</w:t>
      </w:r>
      <w:r w:rsidR="00742243" w:rsidRPr="00271931">
        <w:rPr>
          <w:b/>
          <w:sz w:val="22"/>
        </w:rPr>
        <w:t xml:space="preserve"> </w:t>
      </w:r>
      <w:hyperlink r:id="rId12" w:history="1">
        <w:r w:rsidR="00920FE1" w:rsidRPr="00271931">
          <w:rPr>
            <w:rStyle w:val="Hyperlink"/>
            <w:b/>
            <w:sz w:val="22"/>
          </w:rPr>
          <w:t>jadelcourt@ncdot.gov</w:t>
        </w:r>
      </w:hyperlink>
      <w:r w:rsidR="00920FE1" w:rsidRPr="00271931">
        <w:rPr>
          <w:b/>
          <w:sz w:val="22"/>
        </w:rPr>
        <w:t xml:space="preserve"> </w:t>
      </w:r>
      <w:r w:rsidR="00914271" w:rsidRPr="00271931">
        <w:rPr>
          <w:b/>
          <w:sz w:val="22"/>
        </w:rPr>
        <w:t>or</w:t>
      </w:r>
      <w:r w:rsidR="005D272B" w:rsidRPr="00271931">
        <w:rPr>
          <w:b/>
          <w:sz w:val="22"/>
        </w:rPr>
        <w:t xml:space="preserve"> 919-707-2609</w:t>
      </w:r>
      <w:r w:rsidR="00914271" w:rsidRPr="00271931">
        <w:rPr>
          <w:b/>
          <w:sz w:val="22"/>
        </w:rPr>
        <w:t>.</w:t>
      </w:r>
    </w:p>
    <w:p w14:paraId="16AFCF19" w14:textId="77777777" w:rsidR="005D3369" w:rsidRDefault="00250777" w:rsidP="00271931">
      <w:pPr>
        <w:pStyle w:val="Heading2"/>
      </w:pPr>
      <w:r>
        <w:t>About This Application</w:t>
      </w:r>
    </w:p>
    <w:p w14:paraId="71A8A4F5" w14:textId="66E970E6" w:rsidR="005D3369" w:rsidRPr="007D1417" w:rsidRDefault="007030CB" w:rsidP="00271931">
      <w:pPr>
        <w:pStyle w:val="Instruction"/>
        <w:spacing w:after="120" w:line="252" w:lineRule="auto"/>
        <w:rPr>
          <w:sz w:val="22"/>
        </w:rPr>
      </w:pPr>
      <w:r w:rsidRPr="007D1417">
        <w:rPr>
          <w:color w:val="1F1F1F"/>
          <w:sz w:val="22"/>
        </w:rPr>
        <w:t>The application is organized around the six criteria used in the reviewer scoring rubric. Points are shown in section titles so applicants can see how each part of the proposal is weighted.</w:t>
      </w:r>
      <w:r w:rsidR="003A2F46">
        <w:rPr>
          <w:color w:val="1F1F1F"/>
          <w:sz w:val="22"/>
        </w:rPr>
        <w:t xml:space="preserve"> </w:t>
      </w:r>
      <w:r w:rsidR="008815FE">
        <w:rPr>
          <w:color w:val="1F1F1F"/>
          <w:sz w:val="22"/>
        </w:rPr>
        <w:t xml:space="preserve">Proposals may be awarded a maximum of 100 points. </w:t>
      </w:r>
    </w:p>
    <w:p w14:paraId="6DCD3D28" w14:textId="249D262F" w:rsidR="005D3369" w:rsidRDefault="00250777" w:rsidP="00271931">
      <w:pPr>
        <w:pStyle w:val="BodyText"/>
        <w:spacing w:after="120"/>
        <w:rPr>
          <w:sz w:val="22"/>
        </w:rPr>
      </w:pPr>
      <w:r w:rsidRPr="009B0BFC">
        <w:rPr>
          <w:sz w:val="22"/>
          <w:u w:val="single"/>
        </w:rPr>
        <w:t>Strong applications do not need to be lengthy.</w:t>
      </w:r>
      <w:r w:rsidRPr="009B0BFC">
        <w:rPr>
          <w:sz w:val="22"/>
        </w:rPr>
        <w:t xml:space="preserve"> </w:t>
      </w:r>
      <w:r w:rsidRPr="007D1417">
        <w:rPr>
          <w:sz w:val="22"/>
        </w:rPr>
        <w:t xml:space="preserve">Provide enough information for reviewers to understand the need, the proposed response, who will benefit, whether the project can be carried out successfully, and whether the budget </w:t>
      </w:r>
      <w:r w:rsidR="009613D0">
        <w:rPr>
          <w:sz w:val="22"/>
        </w:rPr>
        <w:t>is</w:t>
      </w:r>
      <w:r w:rsidRPr="007D1417">
        <w:rPr>
          <w:sz w:val="22"/>
        </w:rPr>
        <w:t xml:space="preserve"> realistic.</w:t>
      </w:r>
    </w:p>
    <w:p w14:paraId="27B06D19" w14:textId="0384BEBA" w:rsidR="0081582E" w:rsidRPr="007D1417" w:rsidRDefault="0081582E" w:rsidP="00271931">
      <w:pPr>
        <w:spacing w:after="120"/>
      </w:pPr>
      <w:r w:rsidRPr="0081582E">
        <w:rPr>
          <w:sz w:val="22"/>
        </w:rPr>
        <w:lastRenderedPageBreak/>
        <w:t xml:space="preserve">Previous grantee performance is not part of the 100-point </w:t>
      </w:r>
      <w:r w:rsidR="009613D0">
        <w:rPr>
          <w:sz w:val="22"/>
        </w:rPr>
        <w:t>review</w:t>
      </w:r>
      <w:r w:rsidR="009613D0" w:rsidRPr="0081582E">
        <w:rPr>
          <w:sz w:val="22"/>
        </w:rPr>
        <w:t xml:space="preserve"> </w:t>
      </w:r>
      <w:r w:rsidRPr="0081582E">
        <w:rPr>
          <w:sz w:val="22"/>
        </w:rPr>
        <w:t>score. NCDOT may apply a separate deduction for documented performance issues under previous awards, using a consistent assessment established before application review.</w:t>
      </w:r>
    </w:p>
    <w:p w14:paraId="75B00A35" w14:textId="77777777" w:rsidR="005D3369" w:rsidRPr="00F8460A" w:rsidRDefault="00250777" w:rsidP="00271931">
      <w:pPr>
        <w:pStyle w:val="Heading3"/>
      </w:pPr>
      <w:r w:rsidRPr="00F8460A">
        <w:t xml:space="preserve">Scoring </w:t>
      </w:r>
      <w:r w:rsidRPr="00271931">
        <w:t>at a Glance</w:t>
      </w:r>
    </w:p>
    <w:tbl>
      <w:tblPr>
        <w:tblW w:w="0" w:type="auto"/>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325"/>
        <w:gridCol w:w="990"/>
        <w:gridCol w:w="1800"/>
      </w:tblGrid>
      <w:tr w:rsidR="005D3369" w14:paraId="77376660" w14:textId="77777777" w:rsidTr="007D1417">
        <w:trPr>
          <w:tblHeader/>
        </w:trPr>
        <w:tc>
          <w:tcPr>
            <w:tcW w:w="3325" w:type="dxa"/>
            <w:shd w:val="clear" w:color="auto" w:fill="1F4E79"/>
            <w:tcMar>
              <w:top w:w="80" w:type="dxa"/>
              <w:left w:w="80" w:type="dxa"/>
              <w:bottom w:w="80" w:type="dxa"/>
              <w:right w:w="80" w:type="dxa"/>
            </w:tcMar>
          </w:tcPr>
          <w:p w14:paraId="63617281" w14:textId="77777777" w:rsidR="005D3369" w:rsidRDefault="00250777">
            <w:pPr>
              <w:keepNext/>
            </w:pPr>
            <w:r>
              <w:rPr>
                <w:b/>
                <w:color w:val="FFFFFF"/>
                <w:sz w:val="19"/>
              </w:rPr>
              <w:t>Scoring Criterion</w:t>
            </w:r>
          </w:p>
        </w:tc>
        <w:tc>
          <w:tcPr>
            <w:tcW w:w="990" w:type="dxa"/>
            <w:shd w:val="clear" w:color="auto" w:fill="1F4E79"/>
            <w:tcMar>
              <w:top w:w="80" w:type="dxa"/>
              <w:left w:w="80" w:type="dxa"/>
              <w:bottom w:w="80" w:type="dxa"/>
              <w:right w:w="80" w:type="dxa"/>
            </w:tcMar>
          </w:tcPr>
          <w:p w14:paraId="2C72BC38" w14:textId="77777777" w:rsidR="005D3369" w:rsidRDefault="00250777">
            <w:pPr>
              <w:keepNext/>
            </w:pPr>
            <w:r>
              <w:rPr>
                <w:b/>
                <w:color w:val="FFFFFF"/>
                <w:sz w:val="19"/>
              </w:rPr>
              <w:t>Points</w:t>
            </w:r>
          </w:p>
        </w:tc>
        <w:tc>
          <w:tcPr>
            <w:tcW w:w="1800" w:type="dxa"/>
            <w:shd w:val="clear" w:color="auto" w:fill="1F4E79"/>
            <w:tcMar>
              <w:top w:w="80" w:type="dxa"/>
              <w:left w:w="80" w:type="dxa"/>
              <w:bottom w:w="80" w:type="dxa"/>
              <w:right w:w="80" w:type="dxa"/>
            </w:tcMar>
          </w:tcPr>
          <w:p w14:paraId="48AB85C3" w14:textId="77777777" w:rsidR="005D3369" w:rsidRDefault="00250777">
            <w:pPr>
              <w:keepNext/>
            </w:pPr>
            <w:r>
              <w:rPr>
                <w:b/>
                <w:color w:val="FFFFFF"/>
                <w:sz w:val="19"/>
              </w:rPr>
              <w:t>Application Part</w:t>
            </w:r>
          </w:p>
        </w:tc>
      </w:tr>
      <w:tr w:rsidR="005D3369" w14:paraId="2592CED2" w14:textId="77777777" w:rsidTr="007D1417">
        <w:trPr>
          <w:cantSplit/>
        </w:trPr>
        <w:tc>
          <w:tcPr>
            <w:tcW w:w="3325" w:type="dxa"/>
            <w:tcMar>
              <w:top w:w="80" w:type="dxa"/>
              <w:left w:w="80" w:type="dxa"/>
              <w:bottom w:w="80" w:type="dxa"/>
              <w:right w:w="80" w:type="dxa"/>
            </w:tcMar>
            <w:vAlign w:val="center"/>
          </w:tcPr>
          <w:p w14:paraId="5B444256" w14:textId="117CA67F" w:rsidR="00497E95" w:rsidRPr="007D1417" w:rsidRDefault="00C825A5" w:rsidP="007D1417">
            <w:pPr>
              <w:keepNext/>
              <w:spacing w:after="0" w:line="240" w:lineRule="auto"/>
              <w:rPr>
                <w:sz w:val="22"/>
              </w:rPr>
            </w:pPr>
            <w:r w:rsidRPr="007D1417">
              <w:rPr>
                <w:sz w:val="22"/>
              </w:rPr>
              <w:t>Project Need and Safety</w:t>
            </w:r>
          </w:p>
        </w:tc>
        <w:tc>
          <w:tcPr>
            <w:tcW w:w="990" w:type="dxa"/>
            <w:tcMar>
              <w:top w:w="80" w:type="dxa"/>
              <w:left w:w="80" w:type="dxa"/>
              <w:bottom w:w="80" w:type="dxa"/>
              <w:right w:w="80" w:type="dxa"/>
            </w:tcMar>
            <w:vAlign w:val="center"/>
          </w:tcPr>
          <w:p w14:paraId="64B1B62E" w14:textId="77777777" w:rsidR="00497E95" w:rsidRPr="007D1417" w:rsidRDefault="00C825A5" w:rsidP="007D1417">
            <w:pPr>
              <w:keepNext/>
              <w:spacing w:after="0" w:line="240" w:lineRule="auto"/>
              <w:jc w:val="center"/>
              <w:rPr>
                <w:sz w:val="22"/>
              </w:rPr>
            </w:pPr>
            <w:r w:rsidRPr="007D1417">
              <w:rPr>
                <w:sz w:val="22"/>
              </w:rPr>
              <w:t>25</w:t>
            </w:r>
          </w:p>
        </w:tc>
        <w:tc>
          <w:tcPr>
            <w:tcW w:w="1800" w:type="dxa"/>
            <w:tcMar>
              <w:top w:w="80" w:type="dxa"/>
              <w:left w:w="80" w:type="dxa"/>
              <w:bottom w:w="80" w:type="dxa"/>
              <w:right w:w="80" w:type="dxa"/>
            </w:tcMar>
            <w:vAlign w:val="center"/>
          </w:tcPr>
          <w:p w14:paraId="10A6F3DB" w14:textId="77777777" w:rsidR="00497E95" w:rsidRPr="007D1417" w:rsidRDefault="00C825A5" w:rsidP="007D1417">
            <w:pPr>
              <w:keepNext/>
              <w:spacing w:after="0" w:line="240" w:lineRule="auto"/>
              <w:jc w:val="center"/>
              <w:rPr>
                <w:sz w:val="22"/>
              </w:rPr>
            </w:pPr>
            <w:r w:rsidRPr="007D1417">
              <w:rPr>
                <w:sz w:val="22"/>
              </w:rPr>
              <w:t>Part C</w:t>
            </w:r>
          </w:p>
        </w:tc>
      </w:tr>
      <w:tr w:rsidR="005D3369" w14:paraId="40B315E3" w14:textId="77777777" w:rsidTr="007D1417">
        <w:trPr>
          <w:cantSplit/>
        </w:trPr>
        <w:tc>
          <w:tcPr>
            <w:tcW w:w="3325" w:type="dxa"/>
            <w:tcMar>
              <w:top w:w="80" w:type="dxa"/>
              <w:left w:w="80" w:type="dxa"/>
              <w:bottom w:w="80" w:type="dxa"/>
              <w:right w:w="80" w:type="dxa"/>
            </w:tcMar>
            <w:vAlign w:val="center"/>
          </w:tcPr>
          <w:p w14:paraId="0C150E22" w14:textId="3328375E" w:rsidR="005D3369" w:rsidRPr="007D1417" w:rsidRDefault="00250777" w:rsidP="007D1417">
            <w:pPr>
              <w:keepNext/>
              <w:spacing w:after="0" w:line="240" w:lineRule="auto"/>
              <w:rPr>
                <w:sz w:val="22"/>
              </w:rPr>
            </w:pPr>
            <w:r w:rsidRPr="007D1417">
              <w:rPr>
                <w:sz w:val="22"/>
              </w:rPr>
              <w:t>Proposed Strategies</w:t>
            </w:r>
          </w:p>
        </w:tc>
        <w:tc>
          <w:tcPr>
            <w:tcW w:w="990" w:type="dxa"/>
            <w:tcMar>
              <w:top w:w="80" w:type="dxa"/>
              <w:left w:w="80" w:type="dxa"/>
              <w:bottom w:w="80" w:type="dxa"/>
              <w:right w:w="80" w:type="dxa"/>
            </w:tcMar>
            <w:vAlign w:val="center"/>
          </w:tcPr>
          <w:p w14:paraId="6FE5D6AC" w14:textId="77777777" w:rsidR="00497E95" w:rsidRPr="007D1417" w:rsidRDefault="00C825A5" w:rsidP="007D1417">
            <w:pPr>
              <w:keepNext/>
              <w:spacing w:after="0" w:line="240" w:lineRule="auto"/>
              <w:jc w:val="center"/>
              <w:rPr>
                <w:sz w:val="22"/>
              </w:rPr>
            </w:pPr>
            <w:r w:rsidRPr="007D1417">
              <w:rPr>
                <w:sz w:val="22"/>
              </w:rPr>
              <w:t>25</w:t>
            </w:r>
          </w:p>
        </w:tc>
        <w:tc>
          <w:tcPr>
            <w:tcW w:w="1800" w:type="dxa"/>
            <w:tcMar>
              <w:top w:w="80" w:type="dxa"/>
              <w:left w:w="80" w:type="dxa"/>
              <w:bottom w:w="80" w:type="dxa"/>
              <w:right w:w="80" w:type="dxa"/>
            </w:tcMar>
            <w:vAlign w:val="center"/>
          </w:tcPr>
          <w:p w14:paraId="5F697493" w14:textId="77777777" w:rsidR="00497E95" w:rsidRPr="007D1417" w:rsidRDefault="00C825A5" w:rsidP="007D1417">
            <w:pPr>
              <w:keepNext/>
              <w:spacing w:after="0" w:line="240" w:lineRule="auto"/>
              <w:jc w:val="center"/>
              <w:rPr>
                <w:sz w:val="22"/>
              </w:rPr>
            </w:pPr>
            <w:r w:rsidRPr="007D1417">
              <w:rPr>
                <w:sz w:val="22"/>
              </w:rPr>
              <w:t>Part D</w:t>
            </w:r>
          </w:p>
        </w:tc>
      </w:tr>
      <w:tr w:rsidR="005D3369" w14:paraId="2AA00A08" w14:textId="77777777" w:rsidTr="007D1417">
        <w:trPr>
          <w:cantSplit/>
        </w:trPr>
        <w:tc>
          <w:tcPr>
            <w:tcW w:w="3325" w:type="dxa"/>
            <w:tcMar>
              <w:top w:w="80" w:type="dxa"/>
              <w:left w:w="80" w:type="dxa"/>
              <w:bottom w:w="80" w:type="dxa"/>
              <w:right w:w="80" w:type="dxa"/>
            </w:tcMar>
            <w:vAlign w:val="center"/>
          </w:tcPr>
          <w:p w14:paraId="4DC25D55" w14:textId="36426714" w:rsidR="005D3369" w:rsidRPr="007D1417" w:rsidRDefault="00250777" w:rsidP="007D1417">
            <w:pPr>
              <w:keepNext/>
              <w:spacing w:after="0" w:line="240" w:lineRule="auto"/>
              <w:rPr>
                <w:sz w:val="22"/>
              </w:rPr>
            </w:pPr>
            <w:r w:rsidRPr="007D1417">
              <w:rPr>
                <w:sz w:val="22"/>
              </w:rPr>
              <w:t>Budget</w:t>
            </w:r>
          </w:p>
        </w:tc>
        <w:tc>
          <w:tcPr>
            <w:tcW w:w="990" w:type="dxa"/>
            <w:tcMar>
              <w:top w:w="80" w:type="dxa"/>
              <w:left w:w="80" w:type="dxa"/>
              <w:bottom w:w="80" w:type="dxa"/>
              <w:right w:w="80" w:type="dxa"/>
            </w:tcMar>
            <w:vAlign w:val="center"/>
          </w:tcPr>
          <w:p w14:paraId="6BAA2169" w14:textId="40C39080" w:rsidR="00497E95" w:rsidRPr="007D1417" w:rsidRDefault="00C825A5" w:rsidP="007D1417">
            <w:pPr>
              <w:keepNext/>
              <w:spacing w:after="0" w:line="240" w:lineRule="auto"/>
              <w:jc w:val="center"/>
              <w:rPr>
                <w:sz w:val="22"/>
              </w:rPr>
            </w:pPr>
            <w:r w:rsidRPr="007D1417">
              <w:rPr>
                <w:sz w:val="22"/>
              </w:rPr>
              <w:t>1</w:t>
            </w:r>
            <w:r w:rsidR="00907B0D" w:rsidRPr="007D1417">
              <w:rPr>
                <w:sz w:val="22"/>
              </w:rPr>
              <w:t>5</w:t>
            </w:r>
          </w:p>
        </w:tc>
        <w:tc>
          <w:tcPr>
            <w:tcW w:w="1800" w:type="dxa"/>
            <w:tcMar>
              <w:top w:w="80" w:type="dxa"/>
              <w:left w:w="80" w:type="dxa"/>
              <w:bottom w:w="80" w:type="dxa"/>
              <w:right w:w="80" w:type="dxa"/>
            </w:tcMar>
            <w:vAlign w:val="center"/>
          </w:tcPr>
          <w:p w14:paraId="78D0BC91" w14:textId="77777777" w:rsidR="00497E95" w:rsidRPr="007D1417" w:rsidRDefault="00C825A5" w:rsidP="007D1417">
            <w:pPr>
              <w:keepNext/>
              <w:spacing w:after="0" w:line="240" w:lineRule="auto"/>
              <w:jc w:val="center"/>
              <w:rPr>
                <w:sz w:val="22"/>
              </w:rPr>
            </w:pPr>
            <w:r w:rsidRPr="007D1417">
              <w:rPr>
                <w:sz w:val="22"/>
              </w:rPr>
              <w:t>Part E</w:t>
            </w:r>
          </w:p>
        </w:tc>
      </w:tr>
      <w:tr w:rsidR="005D3369" w14:paraId="64CDD92E" w14:textId="77777777" w:rsidTr="007D1417">
        <w:trPr>
          <w:cantSplit/>
        </w:trPr>
        <w:tc>
          <w:tcPr>
            <w:tcW w:w="3325" w:type="dxa"/>
            <w:tcMar>
              <w:top w:w="80" w:type="dxa"/>
              <w:left w:w="80" w:type="dxa"/>
              <w:bottom w:w="80" w:type="dxa"/>
              <w:right w:w="80" w:type="dxa"/>
            </w:tcMar>
            <w:vAlign w:val="center"/>
          </w:tcPr>
          <w:p w14:paraId="58AD8FA6" w14:textId="77777777" w:rsidR="005D3369" w:rsidRPr="007D1417" w:rsidRDefault="00250777" w:rsidP="007D1417">
            <w:pPr>
              <w:keepNext/>
              <w:spacing w:after="0" w:line="240" w:lineRule="auto"/>
              <w:rPr>
                <w:sz w:val="22"/>
              </w:rPr>
            </w:pPr>
            <w:r w:rsidRPr="007D1417">
              <w:rPr>
                <w:sz w:val="22"/>
              </w:rPr>
              <w:t>Implementation Capacity</w:t>
            </w:r>
          </w:p>
        </w:tc>
        <w:tc>
          <w:tcPr>
            <w:tcW w:w="990" w:type="dxa"/>
            <w:tcMar>
              <w:top w:w="80" w:type="dxa"/>
              <w:left w:w="80" w:type="dxa"/>
              <w:bottom w:w="80" w:type="dxa"/>
              <w:right w:w="80" w:type="dxa"/>
            </w:tcMar>
            <w:vAlign w:val="center"/>
          </w:tcPr>
          <w:p w14:paraId="7ADEF797" w14:textId="5B7C615F" w:rsidR="00497E95" w:rsidRPr="007D1417" w:rsidRDefault="00907B0D" w:rsidP="007D1417">
            <w:pPr>
              <w:keepNext/>
              <w:spacing w:after="0" w:line="240" w:lineRule="auto"/>
              <w:jc w:val="center"/>
              <w:rPr>
                <w:sz w:val="22"/>
              </w:rPr>
            </w:pPr>
            <w:r w:rsidRPr="007D1417">
              <w:rPr>
                <w:sz w:val="22"/>
              </w:rPr>
              <w:t>10</w:t>
            </w:r>
          </w:p>
        </w:tc>
        <w:tc>
          <w:tcPr>
            <w:tcW w:w="1800" w:type="dxa"/>
            <w:tcMar>
              <w:top w:w="80" w:type="dxa"/>
              <w:left w:w="80" w:type="dxa"/>
              <w:bottom w:w="80" w:type="dxa"/>
              <w:right w:w="80" w:type="dxa"/>
            </w:tcMar>
            <w:vAlign w:val="center"/>
          </w:tcPr>
          <w:p w14:paraId="56CD51DE" w14:textId="77777777" w:rsidR="00497E95" w:rsidRPr="007D1417" w:rsidRDefault="00C825A5" w:rsidP="007D1417">
            <w:pPr>
              <w:keepNext/>
              <w:spacing w:after="0" w:line="240" w:lineRule="auto"/>
              <w:jc w:val="center"/>
              <w:rPr>
                <w:sz w:val="22"/>
              </w:rPr>
            </w:pPr>
            <w:r w:rsidRPr="007D1417">
              <w:rPr>
                <w:sz w:val="22"/>
              </w:rPr>
              <w:t>Part F</w:t>
            </w:r>
          </w:p>
        </w:tc>
      </w:tr>
      <w:tr w:rsidR="005D3369" w14:paraId="013320FD" w14:textId="77777777" w:rsidTr="007D1417">
        <w:trPr>
          <w:cantSplit/>
        </w:trPr>
        <w:tc>
          <w:tcPr>
            <w:tcW w:w="3325" w:type="dxa"/>
            <w:tcMar>
              <w:top w:w="80" w:type="dxa"/>
              <w:left w:w="80" w:type="dxa"/>
              <w:bottom w:w="80" w:type="dxa"/>
              <w:right w:w="80" w:type="dxa"/>
            </w:tcMar>
            <w:vAlign w:val="center"/>
          </w:tcPr>
          <w:p w14:paraId="4811AF7F" w14:textId="77777777" w:rsidR="005D3369" w:rsidRPr="007D1417" w:rsidRDefault="00250777" w:rsidP="007D1417">
            <w:pPr>
              <w:keepNext/>
              <w:spacing w:after="0" w:line="240" w:lineRule="auto"/>
              <w:rPr>
                <w:sz w:val="22"/>
              </w:rPr>
            </w:pPr>
            <w:r w:rsidRPr="007D1417">
              <w:rPr>
                <w:sz w:val="22"/>
              </w:rPr>
              <w:t>Comprehensive Access and Priority Populations</w:t>
            </w:r>
          </w:p>
        </w:tc>
        <w:tc>
          <w:tcPr>
            <w:tcW w:w="990" w:type="dxa"/>
            <w:tcMar>
              <w:top w:w="80" w:type="dxa"/>
              <w:left w:w="80" w:type="dxa"/>
              <w:bottom w:w="80" w:type="dxa"/>
              <w:right w:w="80" w:type="dxa"/>
            </w:tcMar>
            <w:vAlign w:val="center"/>
          </w:tcPr>
          <w:p w14:paraId="1DCA8EC9" w14:textId="19F4D0BB" w:rsidR="00497E95" w:rsidRPr="007D1417" w:rsidRDefault="00F951B3" w:rsidP="007D1417">
            <w:pPr>
              <w:keepNext/>
              <w:spacing w:after="0" w:line="240" w:lineRule="auto"/>
              <w:jc w:val="center"/>
              <w:rPr>
                <w:sz w:val="22"/>
              </w:rPr>
            </w:pPr>
            <w:r w:rsidRPr="007D1417">
              <w:rPr>
                <w:sz w:val="22"/>
              </w:rPr>
              <w:t>15</w:t>
            </w:r>
          </w:p>
        </w:tc>
        <w:tc>
          <w:tcPr>
            <w:tcW w:w="1800" w:type="dxa"/>
            <w:tcMar>
              <w:top w:w="80" w:type="dxa"/>
              <w:left w:w="80" w:type="dxa"/>
              <w:bottom w:w="80" w:type="dxa"/>
              <w:right w:w="80" w:type="dxa"/>
            </w:tcMar>
            <w:vAlign w:val="center"/>
          </w:tcPr>
          <w:p w14:paraId="7ED48663" w14:textId="77777777" w:rsidR="00497E95" w:rsidRPr="007D1417" w:rsidRDefault="00C825A5" w:rsidP="007D1417">
            <w:pPr>
              <w:keepNext/>
              <w:spacing w:after="0" w:line="240" w:lineRule="auto"/>
              <w:jc w:val="center"/>
              <w:rPr>
                <w:sz w:val="22"/>
              </w:rPr>
            </w:pPr>
            <w:r w:rsidRPr="007D1417">
              <w:rPr>
                <w:sz w:val="22"/>
              </w:rPr>
              <w:t>Part G</w:t>
            </w:r>
          </w:p>
        </w:tc>
      </w:tr>
      <w:tr w:rsidR="005D3369" w14:paraId="6AF9FB70" w14:textId="77777777" w:rsidTr="007D1417">
        <w:trPr>
          <w:cantSplit/>
        </w:trPr>
        <w:tc>
          <w:tcPr>
            <w:tcW w:w="3325" w:type="dxa"/>
            <w:tcMar>
              <w:top w:w="80" w:type="dxa"/>
              <w:left w:w="80" w:type="dxa"/>
              <w:bottom w:w="80" w:type="dxa"/>
              <w:right w:w="80" w:type="dxa"/>
            </w:tcMar>
            <w:vAlign w:val="center"/>
          </w:tcPr>
          <w:p w14:paraId="21854C73" w14:textId="77777777" w:rsidR="005D3369" w:rsidRPr="007D1417" w:rsidRDefault="00250777" w:rsidP="007D1417">
            <w:pPr>
              <w:spacing w:after="0" w:line="240" w:lineRule="auto"/>
              <w:rPr>
                <w:sz w:val="22"/>
              </w:rPr>
            </w:pPr>
            <w:r w:rsidRPr="007D1417">
              <w:rPr>
                <w:sz w:val="22"/>
              </w:rPr>
              <w:t>Coordination, Collaboration, and Partnerships</w:t>
            </w:r>
          </w:p>
        </w:tc>
        <w:tc>
          <w:tcPr>
            <w:tcW w:w="990" w:type="dxa"/>
            <w:tcMar>
              <w:top w:w="80" w:type="dxa"/>
              <w:left w:w="80" w:type="dxa"/>
              <w:bottom w:w="80" w:type="dxa"/>
              <w:right w:w="80" w:type="dxa"/>
            </w:tcMar>
            <w:vAlign w:val="center"/>
          </w:tcPr>
          <w:p w14:paraId="3A348E35" w14:textId="77DB5B0B" w:rsidR="00497E95" w:rsidRPr="007D1417" w:rsidRDefault="00907B0D" w:rsidP="007D1417">
            <w:pPr>
              <w:spacing w:after="0" w:line="240" w:lineRule="auto"/>
              <w:jc w:val="center"/>
              <w:rPr>
                <w:sz w:val="22"/>
              </w:rPr>
            </w:pPr>
            <w:r w:rsidRPr="007D1417">
              <w:rPr>
                <w:sz w:val="22"/>
              </w:rPr>
              <w:t>10</w:t>
            </w:r>
          </w:p>
        </w:tc>
        <w:tc>
          <w:tcPr>
            <w:tcW w:w="1800" w:type="dxa"/>
            <w:tcMar>
              <w:top w:w="80" w:type="dxa"/>
              <w:left w:w="80" w:type="dxa"/>
              <w:bottom w:w="80" w:type="dxa"/>
              <w:right w:w="80" w:type="dxa"/>
            </w:tcMar>
            <w:vAlign w:val="center"/>
          </w:tcPr>
          <w:p w14:paraId="0D40660B" w14:textId="77777777" w:rsidR="00497E95" w:rsidRPr="007D1417" w:rsidRDefault="00C825A5" w:rsidP="007D1417">
            <w:pPr>
              <w:spacing w:after="0" w:line="240" w:lineRule="auto"/>
              <w:jc w:val="center"/>
              <w:rPr>
                <w:sz w:val="22"/>
              </w:rPr>
            </w:pPr>
            <w:r w:rsidRPr="007D1417">
              <w:rPr>
                <w:sz w:val="22"/>
              </w:rPr>
              <w:t>Part H</w:t>
            </w:r>
          </w:p>
        </w:tc>
      </w:tr>
    </w:tbl>
    <w:p w14:paraId="722C5542" w14:textId="77777777" w:rsidR="00284F3F" w:rsidRDefault="00284F3F" w:rsidP="00284F3F"/>
    <w:p w14:paraId="7C0FA175" w14:textId="77777777" w:rsidR="005D3369" w:rsidRDefault="00250777" w:rsidP="00F8460A">
      <w:pPr>
        <w:pStyle w:val="Heading2"/>
      </w:pPr>
      <w:r>
        <w:t>Application Questions</w:t>
      </w:r>
    </w:p>
    <w:p w14:paraId="7F164F86" w14:textId="0088AA6A" w:rsidR="00395A43" w:rsidRPr="00271931" w:rsidRDefault="007C6F94" w:rsidP="00271931">
      <w:pPr>
        <w:rPr>
          <w:i/>
          <w:iCs/>
        </w:rPr>
      </w:pPr>
      <w:r w:rsidRPr="00271931">
        <w:rPr>
          <w:i/>
          <w:iCs/>
        </w:rPr>
        <w:t xml:space="preserve">*Denotes a question that is required to be answered. </w:t>
      </w:r>
    </w:p>
    <w:p w14:paraId="7EB20388" w14:textId="527A09F7" w:rsidR="005D3369" w:rsidRPr="00271931" w:rsidRDefault="00250777" w:rsidP="00271931">
      <w:pPr>
        <w:pStyle w:val="Heading3"/>
        <w:rPr>
          <w:i/>
          <w:iCs/>
        </w:rPr>
      </w:pPr>
      <w:r w:rsidRPr="008933AF">
        <w:t xml:space="preserve">Part A. Applicant Information </w:t>
      </w:r>
      <w:r w:rsidRPr="00271931">
        <w:rPr>
          <w:i/>
          <w:iCs/>
        </w:rPr>
        <w:t>(required, not scored)</w:t>
      </w:r>
    </w:p>
    <w:p w14:paraId="0E3E6654" w14:textId="169586B1" w:rsidR="005D3369" w:rsidRDefault="00250777" w:rsidP="00271931">
      <w:pPr>
        <w:pStyle w:val="BodyText"/>
        <w:spacing w:after="120"/>
      </w:pPr>
      <w:r>
        <w:rPr>
          <w:b/>
        </w:rPr>
        <w:t>Name of Lead Agency*</w:t>
      </w:r>
      <w:r w:rsidR="007C6F94">
        <w:t xml:space="preserve">: </w:t>
      </w:r>
      <w:r>
        <w:t>[Short answer]</w:t>
      </w:r>
    </w:p>
    <w:p w14:paraId="64F6DD11" w14:textId="2200B37F" w:rsidR="002E3D72" w:rsidRDefault="002E3D72" w:rsidP="00271931">
      <w:pPr>
        <w:pStyle w:val="BodyText"/>
        <w:spacing w:after="120"/>
        <w:rPr>
          <w:b/>
        </w:rPr>
      </w:pPr>
      <w:r>
        <w:rPr>
          <w:b/>
        </w:rPr>
        <w:t xml:space="preserve">UEI (Unique Entity Identifier)*: </w:t>
      </w:r>
      <w:r>
        <w:t>[Short answer</w:t>
      </w:r>
      <w:r>
        <w:t xml:space="preserve"> – This </w:t>
      </w:r>
      <w:r w:rsidR="00C24D1D">
        <w:t>12-digit alphanumeric code</w:t>
      </w:r>
      <w:r>
        <w:t xml:space="preserve"> is federally issued</w:t>
      </w:r>
      <w:r w:rsidR="00AE1E43">
        <w:t xml:space="preserve"> to any entity receiving federal grant dollars</w:t>
      </w:r>
      <w:r>
        <w:t>]</w:t>
      </w:r>
    </w:p>
    <w:p w14:paraId="10700128" w14:textId="71EB24FC" w:rsidR="008D1B32" w:rsidRPr="00A32812" w:rsidRDefault="008D1B32" w:rsidP="00271931">
      <w:pPr>
        <w:pStyle w:val="BodyText"/>
        <w:spacing w:after="120"/>
      </w:pPr>
      <w:r>
        <w:rPr>
          <w:b/>
        </w:rPr>
        <w:t>Project Title*</w:t>
      </w:r>
      <w:r w:rsidR="002F2904">
        <w:t xml:space="preserve">: </w:t>
      </w:r>
      <w:r>
        <w:t>[Short answer]</w:t>
      </w:r>
    </w:p>
    <w:p w14:paraId="0AE869FA" w14:textId="65D83C15" w:rsidR="005D3369" w:rsidRDefault="00250777" w:rsidP="00271931">
      <w:pPr>
        <w:pStyle w:val="BodyText"/>
        <w:spacing w:after="120"/>
      </w:pPr>
      <w:r>
        <w:rPr>
          <w:b/>
        </w:rPr>
        <w:t>Department</w:t>
      </w:r>
      <w:r w:rsidR="002F2904">
        <w:t xml:space="preserve">: </w:t>
      </w:r>
      <w:r>
        <w:t>[Short answer]</w:t>
      </w:r>
    </w:p>
    <w:p w14:paraId="11365DE9" w14:textId="3385D729" w:rsidR="005D3369" w:rsidRDefault="00250777" w:rsidP="00271931">
      <w:pPr>
        <w:pStyle w:val="BodyText"/>
        <w:spacing w:after="120"/>
      </w:pPr>
      <w:r>
        <w:rPr>
          <w:b/>
        </w:rPr>
        <w:t>Primary Contact Name*</w:t>
      </w:r>
      <w:r w:rsidR="002F2904">
        <w:t xml:space="preserve">: </w:t>
      </w:r>
      <w:r>
        <w:t>[Short answer]</w:t>
      </w:r>
    </w:p>
    <w:p w14:paraId="6DBD6F0F" w14:textId="309C038E" w:rsidR="005D3369" w:rsidRDefault="00250777" w:rsidP="00271931">
      <w:pPr>
        <w:pStyle w:val="BodyText"/>
        <w:spacing w:after="120"/>
      </w:pPr>
      <w:r>
        <w:rPr>
          <w:b/>
        </w:rPr>
        <w:t>Contact Title*</w:t>
      </w:r>
      <w:r w:rsidR="002F2904">
        <w:t xml:space="preserve">: </w:t>
      </w:r>
      <w:r>
        <w:t>[Short answer]</w:t>
      </w:r>
    </w:p>
    <w:p w14:paraId="175A943A" w14:textId="6C41393F" w:rsidR="005D3369" w:rsidRDefault="00250777" w:rsidP="00271931">
      <w:pPr>
        <w:pStyle w:val="BodyText"/>
        <w:spacing w:after="120"/>
      </w:pPr>
      <w:r>
        <w:rPr>
          <w:b/>
        </w:rPr>
        <w:t>Contact Email*</w:t>
      </w:r>
      <w:r w:rsidR="002F2904">
        <w:t xml:space="preserve">: </w:t>
      </w:r>
      <w:r>
        <w:t>[Short answer]</w:t>
      </w:r>
    </w:p>
    <w:p w14:paraId="08F53FA1" w14:textId="1D3E1DD9" w:rsidR="005D3369" w:rsidRDefault="00250777" w:rsidP="00271931">
      <w:pPr>
        <w:pStyle w:val="BodyText"/>
        <w:spacing w:after="120"/>
      </w:pPr>
      <w:r>
        <w:rPr>
          <w:b/>
        </w:rPr>
        <w:t>Phone*</w:t>
      </w:r>
      <w:r w:rsidR="002F2904">
        <w:t xml:space="preserve">: </w:t>
      </w:r>
      <w:r>
        <w:t>[Short answer]</w:t>
      </w:r>
    </w:p>
    <w:p w14:paraId="4396ACB3" w14:textId="730BE053" w:rsidR="005D3369" w:rsidRDefault="00250777" w:rsidP="00271931">
      <w:pPr>
        <w:pStyle w:val="BodyText"/>
        <w:spacing w:after="120"/>
      </w:pPr>
      <w:r>
        <w:rPr>
          <w:b/>
        </w:rPr>
        <w:t>Street Address*</w:t>
      </w:r>
      <w:r w:rsidR="002F2904">
        <w:t xml:space="preserve">: </w:t>
      </w:r>
      <w:r>
        <w:t>[Short answer]</w:t>
      </w:r>
    </w:p>
    <w:p w14:paraId="066C2520" w14:textId="29A9CFD5" w:rsidR="005D3369" w:rsidRDefault="00250777" w:rsidP="00271931">
      <w:pPr>
        <w:pStyle w:val="BodyText"/>
        <w:spacing w:after="120"/>
      </w:pPr>
      <w:r>
        <w:rPr>
          <w:b/>
        </w:rPr>
        <w:t>City</w:t>
      </w:r>
      <w:r w:rsidR="008538D2">
        <w:rPr>
          <w:b/>
        </w:rPr>
        <w:t>/Town</w:t>
      </w:r>
      <w:r>
        <w:rPr>
          <w:b/>
        </w:rPr>
        <w:t>*</w:t>
      </w:r>
      <w:r w:rsidR="002F2904">
        <w:t xml:space="preserve">: </w:t>
      </w:r>
      <w:r>
        <w:t>[Short answer]</w:t>
      </w:r>
    </w:p>
    <w:p w14:paraId="7DD8E4C8" w14:textId="7296E5A2" w:rsidR="005D3369" w:rsidRDefault="00250777" w:rsidP="00271931">
      <w:pPr>
        <w:pStyle w:val="BodyText"/>
        <w:spacing w:after="120"/>
      </w:pPr>
      <w:r>
        <w:rPr>
          <w:b/>
        </w:rPr>
        <w:t>ZIP*</w:t>
      </w:r>
      <w:r w:rsidR="002F2904">
        <w:t xml:space="preserve">: </w:t>
      </w:r>
      <w:r>
        <w:t>[Short answer]</w:t>
      </w:r>
    </w:p>
    <w:p w14:paraId="4FE2DC13" w14:textId="77777777" w:rsidR="00116A9A" w:rsidRDefault="00250777" w:rsidP="00271931">
      <w:pPr>
        <w:pStyle w:val="BodyText"/>
        <w:spacing w:after="0"/>
        <w:rPr>
          <w:b/>
        </w:rPr>
      </w:pPr>
      <w:r>
        <w:rPr>
          <w:b/>
        </w:rPr>
        <w:t>County/Counties Served</w:t>
      </w:r>
      <w:r w:rsidR="00573179">
        <w:rPr>
          <w:b/>
        </w:rPr>
        <w:t xml:space="preserve"> by Lead Agency</w:t>
      </w:r>
      <w:r>
        <w:rPr>
          <w:b/>
        </w:rPr>
        <w:t>*</w:t>
      </w:r>
    </w:p>
    <w:p w14:paraId="04CDDAA6" w14:textId="500EC175" w:rsidR="005D3369" w:rsidRDefault="00991578" w:rsidP="00D00623">
      <w:pPr>
        <w:pStyle w:val="BodyText"/>
        <w:spacing w:after="0"/>
      </w:pPr>
      <w:r>
        <w:t xml:space="preserve">Please specify the lead agency’s service area, which may not be the same as the project’s service area. </w:t>
      </w:r>
      <w:r w:rsidR="00250777">
        <w:br/>
        <w:t>[Short answer]</w:t>
      </w:r>
    </w:p>
    <w:p w14:paraId="22C0B863" w14:textId="77777777" w:rsidR="00BF6560" w:rsidRDefault="00BF6560" w:rsidP="00271931">
      <w:pPr>
        <w:pStyle w:val="BodyText"/>
        <w:spacing w:after="0"/>
      </w:pPr>
    </w:p>
    <w:p w14:paraId="6849CDDF" w14:textId="751C2893" w:rsidR="005D3369" w:rsidRDefault="00250777">
      <w:pPr>
        <w:pStyle w:val="Instruction"/>
        <w:rPr>
          <w:i/>
          <w:iCs/>
          <w:color w:val="auto"/>
          <w:sz w:val="22"/>
        </w:rPr>
      </w:pPr>
      <w:r w:rsidRPr="00271931">
        <w:rPr>
          <w:i/>
          <w:iCs/>
          <w:color w:val="auto"/>
          <w:sz w:val="22"/>
        </w:rPr>
        <w:t>NCDOT Safe Routes to School funding is provided on a reimbursement basis. The Lead Agency must be able to pay eligible project expenses and request reimbursement from NCDOT in accordance with the reimbursement agreement.</w:t>
      </w:r>
    </w:p>
    <w:p w14:paraId="27FC6034" w14:textId="77777777" w:rsidR="00BF6560" w:rsidRPr="00271931" w:rsidRDefault="00BF6560">
      <w:pPr>
        <w:pStyle w:val="Instruction"/>
        <w:rPr>
          <w:i/>
          <w:iCs/>
          <w:color w:val="auto"/>
          <w:sz w:val="22"/>
        </w:rPr>
      </w:pPr>
    </w:p>
    <w:p w14:paraId="726BCD5C" w14:textId="77777777" w:rsidR="005D3369" w:rsidRDefault="00250777">
      <w:pPr>
        <w:pStyle w:val="BodyText"/>
        <w:spacing w:after="20"/>
      </w:pPr>
      <w:r>
        <w:rPr>
          <w:b/>
        </w:rPr>
        <w:lastRenderedPageBreak/>
        <w:t>Is the Lead Agency eligible, willing, and authorized to enter into a reimbursement agreement with NCDOT?*</w:t>
      </w:r>
    </w:p>
    <w:p w14:paraId="2CB22B19" w14:textId="77777777" w:rsidR="005D3369" w:rsidRDefault="00250777" w:rsidP="00271931">
      <w:pPr>
        <w:pStyle w:val="CompactBullet"/>
        <w:numPr>
          <w:ilvl w:val="0"/>
          <w:numId w:val="34"/>
        </w:numPr>
      </w:pPr>
      <w:r>
        <w:t>Yes</w:t>
      </w:r>
    </w:p>
    <w:p w14:paraId="4A2C2E7B" w14:textId="77777777" w:rsidR="005D3369" w:rsidRDefault="00250777" w:rsidP="00271931">
      <w:pPr>
        <w:pStyle w:val="CompactBullet"/>
        <w:numPr>
          <w:ilvl w:val="0"/>
          <w:numId w:val="34"/>
        </w:numPr>
      </w:pPr>
      <w:r>
        <w:t>No</w:t>
      </w:r>
    </w:p>
    <w:p w14:paraId="5CAF39A9" w14:textId="03C6702C" w:rsidR="005D3369" w:rsidRDefault="00250777" w:rsidP="00271931">
      <w:pPr>
        <w:pStyle w:val="Heading2"/>
      </w:pPr>
      <w:r>
        <w:t xml:space="preserve">Part B. Program, Project, and School Information </w:t>
      </w:r>
      <w:r w:rsidRPr="00271931">
        <w:rPr>
          <w:i/>
          <w:iCs/>
        </w:rPr>
        <w:t>(required, not scored)</w:t>
      </w:r>
    </w:p>
    <w:p w14:paraId="4943E9E0" w14:textId="77777777" w:rsidR="005D3369" w:rsidRDefault="00250777" w:rsidP="00271931">
      <w:pPr>
        <w:pStyle w:val="Heading3"/>
      </w:pPr>
      <w:r>
        <w:t>B1. Program Status</w:t>
      </w:r>
    </w:p>
    <w:p w14:paraId="4D701C47" w14:textId="77777777" w:rsidR="005D3369" w:rsidRPr="00271931" w:rsidRDefault="00250777">
      <w:pPr>
        <w:pStyle w:val="BodyText"/>
        <w:spacing w:after="20"/>
        <w:rPr>
          <w:sz w:val="22"/>
        </w:rPr>
      </w:pPr>
      <w:r w:rsidRPr="00271931">
        <w:rPr>
          <w:b/>
          <w:sz w:val="22"/>
        </w:rPr>
        <w:t>Which best describes the Safe Routes to School program or initiative that will carry out this project?*</w:t>
      </w:r>
    </w:p>
    <w:p w14:paraId="60F9AAD4" w14:textId="77777777" w:rsidR="005D3369" w:rsidRPr="00271931" w:rsidRDefault="00250777" w:rsidP="00143B57">
      <w:pPr>
        <w:pStyle w:val="CompactBullet"/>
        <w:numPr>
          <w:ilvl w:val="0"/>
          <w:numId w:val="11"/>
        </w:numPr>
        <w:rPr>
          <w:sz w:val="22"/>
        </w:rPr>
      </w:pPr>
      <w:r w:rsidRPr="00271931">
        <w:rPr>
          <w:sz w:val="22"/>
        </w:rPr>
        <w:t>New program or initiative</w:t>
      </w:r>
    </w:p>
    <w:p w14:paraId="314141F9" w14:textId="4780D033" w:rsidR="00143B57" w:rsidRPr="00BF3A4B" w:rsidRDefault="00250777" w:rsidP="00BF3A4B">
      <w:pPr>
        <w:pStyle w:val="CompactBullet"/>
        <w:numPr>
          <w:ilvl w:val="0"/>
          <w:numId w:val="11"/>
        </w:numPr>
        <w:rPr>
          <w:sz w:val="22"/>
        </w:rPr>
      </w:pPr>
      <w:r w:rsidRPr="00271931">
        <w:rPr>
          <w:sz w:val="22"/>
        </w:rPr>
        <w:t>Existing program or initiative</w:t>
      </w:r>
    </w:p>
    <w:p w14:paraId="696A0407" w14:textId="4729CB4D" w:rsidR="00BF3A4B" w:rsidRPr="00BF3A4B" w:rsidRDefault="00250777" w:rsidP="00BF3A4B">
      <w:pPr>
        <w:pStyle w:val="Note"/>
        <w:spacing w:after="240"/>
        <w:rPr>
          <w:color w:val="auto"/>
          <w:sz w:val="22"/>
        </w:rPr>
      </w:pPr>
      <w:r w:rsidRPr="00271931">
        <w:rPr>
          <w:color w:val="auto"/>
          <w:sz w:val="22"/>
        </w:rPr>
        <w:t>Program status does not affect scoring during this funding cycle. NCDOT is collecting this information to better understand applicants and program needs.</w:t>
      </w:r>
    </w:p>
    <w:p w14:paraId="4C7CA37D" w14:textId="26A53F3A" w:rsidR="0002684A" w:rsidRPr="00271931" w:rsidRDefault="00250777" w:rsidP="00BF3A4B">
      <w:pPr>
        <w:pStyle w:val="Question"/>
        <w:spacing w:before="0" w:after="240"/>
        <w:rPr>
          <w:sz w:val="22"/>
        </w:rPr>
      </w:pPr>
      <w:r w:rsidRPr="00271931">
        <w:rPr>
          <w:b/>
          <w:sz w:val="22"/>
        </w:rPr>
        <w:t>If this is an existing program or initiative, briefly describe when it began and the primary activities currently underway.</w:t>
      </w:r>
      <w:r w:rsidR="00BF3A4B">
        <w:rPr>
          <w:b/>
          <w:sz w:val="22"/>
        </w:rPr>
        <w:t xml:space="preserve"> </w:t>
      </w:r>
      <w:r w:rsidRPr="00BF3A4B">
        <w:rPr>
          <w:i/>
          <w:iCs/>
          <w:sz w:val="22"/>
        </w:rPr>
        <w:t>[Maximum 1,</w:t>
      </w:r>
      <w:r w:rsidR="000B407D" w:rsidRPr="00BF3A4B">
        <w:rPr>
          <w:i/>
          <w:iCs/>
          <w:sz w:val="22"/>
        </w:rPr>
        <w:t>5</w:t>
      </w:r>
      <w:r w:rsidRPr="00BF3A4B">
        <w:rPr>
          <w:i/>
          <w:iCs/>
          <w:sz w:val="22"/>
        </w:rPr>
        <w:t>00 characters]</w:t>
      </w:r>
    </w:p>
    <w:p w14:paraId="547EC951" w14:textId="166C1D7D" w:rsidR="0002684A" w:rsidRPr="00BF3A4B" w:rsidRDefault="5227C34B" w:rsidP="00BF3A4B">
      <w:pPr>
        <w:pStyle w:val="Question"/>
        <w:spacing w:before="0" w:after="240"/>
        <w:rPr>
          <w:sz w:val="22"/>
        </w:rPr>
      </w:pPr>
      <w:r w:rsidRPr="00271931">
        <w:rPr>
          <w:b/>
          <w:sz w:val="22"/>
        </w:rPr>
        <w:t>If Safe Routes to School activit</w:t>
      </w:r>
      <w:r w:rsidR="00321AF4">
        <w:rPr>
          <w:b/>
          <w:sz w:val="22"/>
        </w:rPr>
        <w:t>ies</w:t>
      </w:r>
      <w:r w:rsidRPr="00271931">
        <w:rPr>
          <w:b/>
          <w:sz w:val="22"/>
        </w:rPr>
        <w:t xml:space="preserve"> in the proposed project area is new or has been limited to date</w:t>
      </w:r>
      <w:r w:rsidR="00250777" w:rsidRPr="00271931">
        <w:rPr>
          <w:b/>
          <w:sz w:val="22"/>
        </w:rPr>
        <w:t>, briefly describe the barriers that have prevented or limited activity and how this funding could help overcome those barriers.</w:t>
      </w:r>
      <w:r w:rsidR="00BF3A4B" w:rsidRPr="00BF3A4B">
        <w:rPr>
          <w:b/>
          <w:i/>
          <w:iCs/>
          <w:sz w:val="22"/>
        </w:rPr>
        <w:t xml:space="preserve"> </w:t>
      </w:r>
      <w:r w:rsidR="00250777" w:rsidRPr="00BF3A4B">
        <w:rPr>
          <w:i/>
          <w:iCs/>
          <w:sz w:val="22"/>
        </w:rPr>
        <w:t>[Maximum 1,</w:t>
      </w:r>
      <w:r w:rsidR="00F246DF" w:rsidRPr="00BF3A4B">
        <w:rPr>
          <w:i/>
          <w:iCs/>
          <w:sz w:val="22"/>
        </w:rPr>
        <w:t>7</w:t>
      </w:r>
      <w:r w:rsidR="00250777" w:rsidRPr="00BF3A4B">
        <w:rPr>
          <w:i/>
          <w:iCs/>
          <w:sz w:val="22"/>
        </w:rPr>
        <w:t>50 characters]</w:t>
      </w:r>
    </w:p>
    <w:p w14:paraId="4DBEE48A" w14:textId="77777777" w:rsidR="005D3369" w:rsidRDefault="00250777" w:rsidP="00271931">
      <w:pPr>
        <w:pStyle w:val="Heading3"/>
      </w:pPr>
      <w:r>
        <w:t>B2. Project Type</w:t>
      </w:r>
    </w:p>
    <w:p w14:paraId="2F525FF2" w14:textId="77777777" w:rsidR="005D3369" w:rsidRPr="00271931" w:rsidDel="00F246DF" w:rsidRDefault="00250777">
      <w:pPr>
        <w:pStyle w:val="Question"/>
        <w:rPr>
          <w:sz w:val="22"/>
        </w:rPr>
      </w:pPr>
      <w:r w:rsidRPr="00271931">
        <w:rPr>
          <w:b/>
          <w:sz w:val="22"/>
        </w:rPr>
        <w:t>What type of work are you requesting funding for? Select all that apply.*</w:t>
      </w:r>
    </w:p>
    <w:p w14:paraId="7314EF13" w14:textId="4A8BC6B5" w:rsidR="00CE1FA0" w:rsidRPr="00271931" w:rsidRDefault="001F62F6" w:rsidP="005C72C3">
      <w:pPr>
        <w:pStyle w:val="ListParagraph"/>
        <w:numPr>
          <w:ilvl w:val="0"/>
          <w:numId w:val="29"/>
        </w:numPr>
        <w:rPr>
          <w:color w:val="auto"/>
          <w:sz w:val="22"/>
        </w:rPr>
      </w:pPr>
      <w:r w:rsidRPr="00271931">
        <w:rPr>
          <w:color w:val="auto"/>
          <w:sz w:val="22"/>
        </w:rPr>
        <w:t xml:space="preserve">SRTS </w:t>
      </w:r>
      <w:r w:rsidR="00CE1FA0" w:rsidRPr="00271931">
        <w:rPr>
          <w:color w:val="auto"/>
          <w:sz w:val="22"/>
        </w:rPr>
        <w:t>Planning</w:t>
      </w:r>
    </w:p>
    <w:p w14:paraId="0524AE5B" w14:textId="743B5AC8" w:rsidR="00CE1FA0" w:rsidRPr="00271931" w:rsidRDefault="00CE1FA0" w:rsidP="005C72C3">
      <w:pPr>
        <w:pStyle w:val="ListParagraph"/>
        <w:numPr>
          <w:ilvl w:val="0"/>
          <w:numId w:val="29"/>
        </w:numPr>
        <w:rPr>
          <w:color w:val="auto"/>
          <w:sz w:val="22"/>
        </w:rPr>
      </w:pPr>
      <w:r w:rsidRPr="00271931">
        <w:rPr>
          <w:color w:val="auto"/>
          <w:sz w:val="22"/>
        </w:rPr>
        <w:t>Programming (education, encouragement, and engagement activities)</w:t>
      </w:r>
    </w:p>
    <w:p w14:paraId="6B4195AC" w14:textId="4897ACFD" w:rsidR="00CE1FA0" w:rsidRPr="00271931" w:rsidRDefault="00CE1FA0" w:rsidP="005C72C3">
      <w:pPr>
        <w:pStyle w:val="ListParagraph"/>
        <w:numPr>
          <w:ilvl w:val="0"/>
          <w:numId w:val="29"/>
        </w:numPr>
        <w:rPr>
          <w:color w:val="auto"/>
          <w:sz w:val="22"/>
        </w:rPr>
      </w:pPr>
      <w:r w:rsidRPr="00271931">
        <w:rPr>
          <w:color w:val="auto"/>
          <w:sz w:val="22"/>
        </w:rPr>
        <w:t>Program coordination or staffing</w:t>
      </w:r>
      <w:r w:rsidR="00C857CA" w:rsidRPr="00271931">
        <w:rPr>
          <w:color w:val="auto"/>
          <w:sz w:val="22"/>
        </w:rPr>
        <w:t xml:space="preserve"> (new or existing staff)</w:t>
      </w:r>
    </w:p>
    <w:p w14:paraId="4E17E5AA" w14:textId="77777777" w:rsidR="00CE1FA0" w:rsidRPr="00271931" w:rsidRDefault="00CE1FA0" w:rsidP="005C72C3">
      <w:pPr>
        <w:pStyle w:val="ListParagraph"/>
        <w:numPr>
          <w:ilvl w:val="0"/>
          <w:numId w:val="29"/>
        </w:numPr>
        <w:rPr>
          <w:color w:val="auto"/>
          <w:sz w:val="22"/>
        </w:rPr>
      </w:pPr>
      <w:r w:rsidRPr="00271931">
        <w:rPr>
          <w:color w:val="auto"/>
          <w:sz w:val="22"/>
        </w:rPr>
        <w:t>Demonstration projects</w:t>
      </w:r>
    </w:p>
    <w:p w14:paraId="42807389" w14:textId="1D22CD8A" w:rsidR="00F20A31" w:rsidRPr="00271931" w:rsidRDefault="00F20A31" w:rsidP="005C72C3">
      <w:pPr>
        <w:pStyle w:val="ListParagraph"/>
        <w:numPr>
          <w:ilvl w:val="0"/>
          <w:numId w:val="29"/>
        </w:numPr>
        <w:rPr>
          <w:color w:val="auto"/>
          <w:sz w:val="22"/>
        </w:rPr>
      </w:pPr>
      <w:r w:rsidRPr="00271931">
        <w:rPr>
          <w:color w:val="auto"/>
          <w:sz w:val="22"/>
        </w:rPr>
        <w:t>Equipment &amp; materials</w:t>
      </w:r>
    </w:p>
    <w:p w14:paraId="6B2DDB36" w14:textId="03CFB133" w:rsidR="00F20A31" w:rsidRPr="00271931" w:rsidRDefault="00F20A31" w:rsidP="00CA7968">
      <w:pPr>
        <w:pStyle w:val="ListParagraph"/>
        <w:numPr>
          <w:ilvl w:val="0"/>
          <w:numId w:val="29"/>
        </w:numPr>
        <w:rPr>
          <w:color w:val="auto"/>
          <w:sz w:val="22"/>
        </w:rPr>
      </w:pPr>
      <w:r w:rsidRPr="00271931">
        <w:rPr>
          <w:color w:val="auto"/>
          <w:sz w:val="22"/>
        </w:rPr>
        <w:t>Minor safety improvements</w:t>
      </w:r>
    </w:p>
    <w:p w14:paraId="05D2801B" w14:textId="6C7AA693" w:rsidR="00CE1FA0" w:rsidRPr="00271931" w:rsidRDefault="00CE1FA0" w:rsidP="005C72C3">
      <w:pPr>
        <w:pStyle w:val="ListParagraph"/>
        <w:numPr>
          <w:ilvl w:val="0"/>
          <w:numId w:val="29"/>
        </w:numPr>
        <w:rPr>
          <w:color w:val="auto"/>
          <w:sz w:val="22"/>
        </w:rPr>
      </w:pPr>
      <w:r w:rsidRPr="00271931">
        <w:rPr>
          <w:color w:val="auto"/>
          <w:sz w:val="22"/>
        </w:rPr>
        <w:t xml:space="preserve">Other </w:t>
      </w:r>
      <w:r w:rsidR="00F354B4" w:rsidRPr="00271931">
        <w:rPr>
          <w:color w:val="auto"/>
          <w:sz w:val="22"/>
        </w:rPr>
        <w:t>eligible activity</w:t>
      </w:r>
    </w:p>
    <w:p w14:paraId="7BE56A74" w14:textId="094BE227" w:rsidR="005D3369" w:rsidRPr="00271931" w:rsidRDefault="00250777">
      <w:pPr>
        <w:pStyle w:val="Instruction"/>
        <w:rPr>
          <w:color w:val="auto"/>
          <w:sz w:val="22"/>
        </w:rPr>
      </w:pPr>
      <w:r w:rsidRPr="00271931">
        <w:rPr>
          <w:color w:val="auto"/>
          <w:sz w:val="22"/>
        </w:rPr>
        <w:t>See the NCDOT program guidance</w:t>
      </w:r>
      <w:r w:rsidR="00E70768" w:rsidRPr="00271931">
        <w:rPr>
          <w:color w:val="auto"/>
          <w:sz w:val="22"/>
        </w:rPr>
        <w:t xml:space="preserve"> document on the </w:t>
      </w:r>
      <w:hyperlink r:id="rId13" w:history="1">
        <w:r w:rsidR="00E70768" w:rsidRPr="00271931">
          <w:rPr>
            <w:rStyle w:val="Hyperlink"/>
            <w:color w:val="auto"/>
            <w:sz w:val="22"/>
          </w:rPr>
          <w:t>website</w:t>
        </w:r>
      </w:hyperlink>
      <w:r w:rsidRPr="00271931">
        <w:rPr>
          <w:color w:val="auto"/>
          <w:sz w:val="22"/>
        </w:rPr>
        <w:t xml:space="preserve"> for eligible </w:t>
      </w:r>
      <w:r w:rsidR="00697B24" w:rsidRPr="00271931">
        <w:rPr>
          <w:color w:val="auto"/>
          <w:sz w:val="22"/>
        </w:rPr>
        <w:t>planning and programming</w:t>
      </w:r>
      <w:r w:rsidRPr="00271931">
        <w:rPr>
          <w:color w:val="auto"/>
          <w:sz w:val="22"/>
        </w:rPr>
        <w:t xml:space="preserve"> activities</w:t>
      </w:r>
      <w:r w:rsidR="00E70768" w:rsidRPr="00271931">
        <w:rPr>
          <w:color w:val="auto"/>
          <w:sz w:val="22"/>
        </w:rPr>
        <w:t>.</w:t>
      </w:r>
      <w:r w:rsidRPr="00271931">
        <w:rPr>
          <w:color w:val="auto"/>
          <w:sz w:val="22"/>
        </w:rPr>
        <w:t xml:space="preserve"> </w:t>
      </w:r>
    </w:p>
    <w:p w14:paraId="20C1F390" w14:textId="77777777" w:rsidR="00C50D65" w:rsidRPr="00271931" w:rsidRDefault="00C50D65" w:rsidP="00271931">
      <w:pPr>
        <w:rPr>
          <w:color w:val="auto"/>
          <w:sz w:val="22"/>
        </w:rPr>
      </w:pPr>
    </w:p>
    <w:p w14:paraId="2B31CC4B" w14:textId="60DBCF41" w:rsidR="005D3369" w:rsidRPr="00271931" w:rsidRDefault="00250777" w:rsidP="00271931">
      <w:pPr>
        <w:pStyle w:val="Question"/>
        <w:rPr>
          <w:sz w:val="22"/>
        </w:rPr>
      </w:pPr>
      <w:r w:rsidRPr="00271931">
        <w:rPr>
          <w:b/>
          <w:sz w:val="22"/>
        </w:rPr>
        <w:t>Conditional question</w:t>
      </w:r>
      <w:r w:rsidR="00462169">
        <w:rPr>
          <w:b/>
          <w:sz w:val="22"/>
        </w:rPr>
        <w:t>s</w:t>
      </w:r>
      <w:r w:rsidRPr="00271931">
        <w:rPr>
          <w:b/>
          <w:sz w:val="22"/>
        </w:rPr>
        <w:t xml:space="preserve"> if Planning is selected</w:t>
      </w:r>
      <w:r w:rsidR="00143B57" w:rsidRPr="00271931">
        <w:rPr>
          <w:b/>
          <w:sz w:val="22"/>
        </w:rPr>
        <w:t>:</w:t>
      </w:r>
    </w:p>
    <w:p w14:paraId="3F92B96D" w14:textId="77777777" w:rsidR="00B0767F" w:rsidRPr="00271931" w:rsidRDefault="00B0767F" w:rsidP="00B0767F">
      <w:pPr>
        <w:pStyle w:val="Note"/>
        <w:rPr>
          <w:color w:val="auto"/>
          <w:sz w:val="22"/>
        </w:rPr>
      </w:pPr>
      <w:r w:rsidRPr="00271931">
        <w:rPr>
          <w:color w:val="auto"/>
          <w:sz w:val="22"/>
        </w:rPr>
        <w:t>For this application, a Safe Routes to School plan is a community-informed plan that identifies barriers to safe walking, bicycling, and rolling for students and recommends prioritized programs, policies, operational practices, and infrastructure improvements. The scope should be appropriate to the school or geographic area being studied.</w:t>
      </w:r>
    </w:p>
    <w:p w14:paraId="30771F4E" w14:textId="34A15D0B" w:rsidR="005D3369" w:rsidRPr="00271931" w:rsidDel="006F5810" w:rsidRDefault="00250777">
      <w:pPr>
        <w:pStyle w:val="Question"/>
        <w:rPr>
          <w:sz w:val="22"/>
        </w:rPr>
      </w:pPr>
      <w:r w:rsidRPr="00271931">
        <w:rPr>
          <w:b/>
          <w:sz w:val="22"/>
        </w:rPr>
        <w:t xml:space="preserve">What </w:t>
      </w:r>
      <w:r w:rsidR="00D67516" w:rsidRPr="00271931">
        <w:rPr>
          <w:b/>
          <w:sz w:val="22"/>
        </w:rPr>
        <w:t xml:space="preserve">geographic scope will the proposed planning cover? </w:t>
      </w:r>
    </w:p>
    <w:p w14:paraId="24D9B580" w14:textId="540D39C6" w:rsidR="005D3369" w:rsidRPr="00271931" w:rsidRDefault="00250777" w:rsidP="00143B57">
      <w:pPr>
        <w:pStyle w:val="CompactBullet"/>
        <w:numPr>
          <w:ilvl w:val="0"/>
          <w:numId w:val="13"/>
        </w:numPr>
        <w:rPr>
          <w:sz w:val="22"/>
        </w:rPr>
      </w:pPr>
      <w:r w:rsidRPr="00271931">
        <w:rPr>
          <w:sz w:val="22"/>
        </w:rPr>
        <w:t>Single-school plan</w:t>
      </w:r>
    </w:p>
    <w:p w14:paraId="4F14C43E" w14:textId="77777777" w:rsidR="005D3369" w:rsidRPr="00271931" w:rsidRDefault="00250777" w:rsidP="00143B57">
      <w:pPr>
        <w:pStyle w:val="CompactBullet"/>
        <w:numPr>
          <w:ilvl w:val="0"/>
          <w:numId w:val="13"/>
        </w:numPr>
        <w:rPr>
          <w:sz w:val="22"/>
        </w:rPr>
      </w:pPr>
      <w:r w:rsidRPr="00271931">
        <w:rPr>
          <w:sz w:val="22"/>
        </w:rPr>
        <w:t>Multi-school or school-cluster plan</w:t>
      </w:r>
    </w:p>
    <w:p w14:paraId="6AB96912" w14:textId="77777777" w:rsidR="005D3369" w:rsidRPr="00271931" w:rsidRDefault="00250777" w:rsidP="00143B57">
      <w:pPr>
        <w:pStyle w:val="CompactBullet"/>
        <w:numPr>
          <w:ilvl w:val="0"/>
          <w:numId w:val="13"/>
        </w:numPr>
        <w:rPr>
          <w:sz w:val="22"/>
        </w:rPr>
      </w:pPr>
      <w:r w:rsidRPr="00271931">
        <w:rPr>
          <w:sz w:val="22"/>
        </w:rPr>
        <w:t>Districtwide plan</w:t>
      </w:r>
    </w:p>
    <w:p w14:paraId="6600BC9E" w14:textId="77777777" w:rsidR="005D3369" w:rsidRPr="00271931" w:rsidRDefault="00250777" w:rsidP="00143B57">
      <w:pPr>
        <w:pStyle w:val="CompactBullet"/>
        <w:numPr>
          <w:ilvl w:val="0"/>
          <w:numId w:val="13"/>
        </w:numPr>
        <w:rPr>
          <w:sz w:val="22"/>
        </w:rPr>
      </w:pPr>
      <w:r w:rsidRPr="00271931">
        <w:rPr>
          <w:sz w:val="22"/>
        </w:rPr>
        <w:t>Communitywide plan</w:t>
      </w:r>
    </w:p>
    <w:p w14:paraId="023352A1" w14:textId="28BE1B46" w:rsidR="00114A89" w:rsidRPr="00BF3A4B" w:rsidRDefault="00250777" w:rsidP="00BF3A4B">
      <w:pPr>
        <w:pStyle w:val="CompactBullet"/>
        <w:numPr>
          <w:ilvl w:val="0"/>
          <w:numId w:val="13"/>
        </w:numPr>
        <w:spacing w:after="240"/>
        <w:rPr>
          <w:sz w:val="22"/>
        </w:rPr>
      </w:pPr>
      <w:r w:rsidRPr="00271931">
        <w:rPr>
          <w:sz w:val="22"/>
        </w:rPr>
        <w:t>Other</w:t>
      </w:r>
    </w:p>
    <w:p w14:paraId="3144F8D5" w14:textId="56521B3D" w:rsidR="00114A89" w:rsidRPr="00271931" w:rsidRDefault="00114A89" w:rsidP="00702800">
      <w:pPr>
        <w:pStyle w:val="BodyText"/>
        <w:rPr>
          <w:b/>
          <w:color w:val="auto"/>
          <w:sz w:val="22"/>
        </w:rPr>
      </w:pPr>
      <w:r w:rsidRPr="00271931">
        <w:rPr>
          <w:b/>
          <w:color w:val="auto"/>
          <w:sz w:val="22"/>
        </w:rPr>
        <w:t xml:space="preserve">Will this plan be new or will it update an existing plan? </w:t>
      </w:r>
    </w:p>
    <w:p w14:paraId="40FA9970" w14:textId="18AA683D" w:rsidR="00114A89" w:rsidRPr="00271931" w:rsidRDefault="00114A89" w:rsidP="00114A89">
      <w:pPr>
        <w:pStyle w:val="BodyText"/>
        <w:numPr>
          <w:ilvl w:val="0"/>
          <w:numId w:val="22"/>
        </w:numPr>
        <w:rPr>
          <w:bCs/>
          <w:color w:val="auto"/>
          <w:sz w:val="22"/>
        </w:rPr>
      </w:pPr>
      <w:r w:rsidRPr="00271931">
        <w:rPr>
          <w:bCs/>
          <w:color w:val="auto"/>
          <w:sz w:val="22"/>
        </w:rPr>
        <w:t>New</w:t>
      </w:r>
    </w:p>
    <w:p w14:paraId="23F4FDAE" w14:textId="365A4A7E" w:rsidR="00114A89" w:rsidRPr="00BF3A4B" w:rsidRDefault="00381EA9" w:rsidP="00BF3A4B">
      <w:pPr>
        <w:pStyle w:val="BodyText"/>
        <w:numPr>
          <w:ilvl w:val="0"/>
          <w:numId w:val="22"/>
        </w:numPr>
        <w:spacing w:after="240"/>
        <w:rPr>
          <w:bCs/>
          <w:color w:val="auto"/>
          <w:sz w:val="22"/>
        </w:rPr>
      </w:pPr>
      <w:r w:rsidRPr="00271931">
        <w:rPr>
          <w:bCs/>
          <w:color w:val="auto"/>
          <w:sz w:val="22"/>
        </w:rPr>
        <w:lastRenderedPageBreak/>
        <w:t>Update existing plan</w:t>
      </w:r>
    </w:p>
    <w:p w14:paraId="48F57AA2" w14:textId="6C7E4E25" w:rsidR="005D3369" w:rsidRPr="00271931" w:rsidRDefault="00250777" w:rsidP="00702800">
      <w:pPr>
        <w:pStyle w:val="BodyText"/>
        <w:rPr>
          <w:color w:val="auto"/>
          <w:sz w:val="22"/>
        </w:rPr>
      </w:pPr>
      <w:r w:rsidRPr="00271931">
        <w:rPr>
          <w:b/>
          <w:color w:val="auto"/>
          <w:sz w:val="22"/>
        </w:rPr>
        <w:t>If updating an existing plan, when was the previous plan completed?</w:t>
      </w:r>
      <w:r w:rsidR="00F90EB3">
        <w:rPr>
          <w:color w:val="auto"/>
          <w:sz w:val="22"/>
        </w:rPr>
        <w:t xml:space="preserve">  </w:t>
      </w:r>
      <w:r w:rsidRPr="00271931">
        <w:rPr>
          <w:color w:val="auto"/>
          <w:sz w:val="22"/>
        </w:rPr>
        <w:t>[Year or date]</w:t>
      </w:r>
    </w:p>
    <w:p w14:paraId="0C6E78EA" w14:textId="77777777" w:rsidR="005D3369" w:rsidRDefault="00250777" w:rsidP="00271931">
      <w:pPr>
        <w:pStyle w:val="Heading3"/>
      </w:pPr>
      <w:r>
        <w:t>B3. Existing Plans</w:t>
      </w:r>
    </w:p>
    <w:p w14:paraId="6B1C9BC5" w14:textId="0B131D7F" w:rsidR="005D3369" w:rsidRPr="00271931" w:rsidRDefault="007C1687" w:rsidP="00271931">
      <w:pPr>
        <w:pStyle w:val="Note"/>
        <w:rPr>
          <w:color w:val="auto"/>
          <w:sz w:val="22"/>
        </w:rPr>
      </w:pPr>
      <w:r w:rsidRPr="00271931">
        <w:rPr>
          <w:b/>
          <w:bCs/>
          <w:color w:val="auto"/>
          <w:sz w:val="22"/>
        </w:rPr>
        <w:t>Is there</w:t>
      </w:r>
      <w:r w:rsidR="00250777" w:rsidRPr="00271931">
        <w:rPr>
          <w:b/>
          <w:bCs/>
          <w:color w:val="auto"/>
          <w:sz w:val="22"/>
        </w:rPr>
        <w:t xml:space="preserve"> an existing Safe Routes to School plan or another plan</w:t>
      </w:r>
      <w:r w:rsidR="007E156B" w:rsidRPr="00271931">
        <w:rPr>
          <w:b/>
          <w:bCs/>
          <w:color w:val="auto"/>
          <w:sz w:val="22"/>
        </w:rPr>
        <w:t xml:space="preserve"> (i.e. bike/ped plan, regional safety plan, etc.)</w:t>
      </w:r>
      <w:r w:rsidR="00250777" w:rsidRPr="00271931">
        <w:rPr>
          <w:b/>
          <w:bCs/>
          <w:color w:val="auto"/>
          <w:sz w:val="22"/>
        </w:rPr>
        <w:t xml:space="preserve"> that addresses student walking, bicycling, or rolling</w:t>
      </w:r>
      <w:r w:rsidR="009A597F" w:rsidRPr="00271931">
        <w:rPr>
          <w:b/>
          <w:bCs/>
          <w:color w:val="auto"/>
          <w:sz w:val="22"/>
        </w:rPr>
        <w:t xml:space="preserve"> within the geographic area you propose to implement this project</w:t>
      </w:r>
      <w:r w:rsidR="00250777" w:rsidRPr="00271931">
        <w:rPr>
          <w:b/>
          <w:bCs/>
          <w:color w:val="auto"/>
          <w:sz w:val="22"/>
        </w:rPr>
        <w:t>?</w:t>
      </w:r>
      <w:r w:rsidR="00064075">
        <w:rPr>
          <w:b/>
          <w:bCs/>
          <w:color w:val="auto"/>
          <w:sz w:val="22"/>
        </w:rPr>
        <w:t xml:space="preserve"> </w:t>
      </w:r>
      <w:r w:rsidR="00064075" w:rsidRPr="006D6BE0">
        <w:rPr>
          <w:color w:val="auto"/>
          <w:sz w:val="22"/>
        </w:rPr>
        <w:t>A previous Safe Routes to School plan is not required to receive funding.</w:t>
      </w:r>
    </w:p>
    <w:p w14:paraId="4390C1E3" w14:textId="77777777" w:rsidR="005D3369" w:rsidRPr="00271931" w:rsidRDefault="00250777" w:rsidP="00702800">
      <w:pPr>
        <w:pStyle w:val="CompactBullet"/>
        <w:numPr>
          <w:ilvl w:val="0"/>
          <w:numId w:val="14"/>
        </w:numPr>
        <w:rPr>
          <w:sz w:val="22"/>
        </w:rPr>
      </w:pPr>
      <w:r w:rsidRPr="00271931">
        <w:rPr>
          <w:sz w:val="22"/>
        </w:rPr>
        <w:t>Yes</w:t>
      </w:r>
    </w:p>
    <w:p w14:paraId="236AFBE8" w14:textId="77777777" w:rsidR="005D3369" w:rsidRPr="00271931" w:rsidRDefault="00250777" w:rsidP="00702800">
      <w:pPr>
        <w:pStyle w:val="CompactBullet"/>
        <w:numPr>
          <w:ilvl w:val="0"/>
          <w:numId w:val="14"/>
        </w:numPr>
        <w:rPr>
          <w:sz w:val="22"/>
        </w:rPr>
      </w:pPr>
      <w:r w:rsidRPr="00271931">
        <w:rPr>
          <w:sz w:val="22"/>
        </w:rPr>
        <w:t>No</w:t>
      </w:r>
    </w:p>
    <w:p w14:paraId="76B062F6" w14:textId="14AA9286" w:rsidR="005B44EC" w:rsidRPr="00D926ED" w:rsidRDefault="00250777" w:rsidP="00D926ED">
      <w:pPr>
        <w:pStyle w:val="CompactBullet"/>
        <w:numPr>
          <w:ilvl w:val="0"/>
          <w:numId w:val="14"/>
        </w:numPr>
        <w:spacing w:after="240"/>
        <w:rPr>
          <w:sz w:val="22"/>
        </w:rPr>
      </w:pPr>
      <w:r w:rsidRPr="00271931">
        <w:rPr>
          <w:sz w:val="22"/>
        </w:rPr>
        <w:t>Unsure</w:t>
      </w:r>
    </w:p>
    <w:p w14:paraId="17C1C23E" w14:textId="4488D2E2" w:rsidR="005D3369" w:rsidRPr="00271931" w:rsidRDefault="00250777" w:rsidP="00271931">
      <w:pPr>
        <w:rPr>
          <w:bCs/>
          <w:color w:val="auto"/>
          <w:sz w:val="22"/>
        </w:rPr>
      </w:pPr>
      <w:r w:rsidRPr="00271931">
        <w:rPr>
          <w:b/>
          <w:bCs/>
          <w:color w:val="auto"/>
          <w:sz w:val="22"/>
        </w:rPr>
        <w:t xml:space="preserve">Conditional </w:t>
      </w:r>
      <w:r w:rsidR="00667BED" w:rsidRPr="00271931">
        <w:rPr>
          <w:b/>
          <w:bCs/>
          <w:color w:val="auto"/>
          <w:sz w:val="22"/>
        </w:rPr>
        <w:t xml:space="preserve">question </w:t>
      </w:r>
      <w:r w:rsidRPr="00271931">
        <w:rPr>
          <w:b/>
          <w:bCs/>
          <w:color w:val="auto"/>
          <w:sz w:val="22"/>
        </w:rPr>
        <w:t>if Yes</w:t>
      </w:r>
      <w:r w:rsidR="00702800" w:rsidRPr="00271931">
        <w:rPr>
          <w:b/>
          <w:bCs/>
          <w:color w:val="auto"/>
          <w:sz w:val="22"/>
        </w:rPr>
        <w:t>:</w:t>
      </w:r>
    </w:p>
    <w:p w14:paraId="2B8E9655" w14:textId="500F023D" w:rsidR="005D3369" w:rsidRPr="00271931" w:rsidRDefault="00250777">
      <w:pPr>
        <w:pStyle w:val="BodyText"/>
        <w:rPr>
          <w:color w:val="auto"/>
          <w:sz w:val="22"/>
        </w:rPr>
      </w:pPr>
      <w:r w:rsidRPr="00271931">
        <w:rPr>
          <w:b/>
          <w:color w:val="auto"/>
          <w:sz w:val="22"/>
        </w:rPr>
        <w:t>Link to plan</w:t>
      </w:r>
      <w:r w:rsidR="009A597F" w:rsidRPr="00271931">
        <w:rPr>
          <w:b/>
          <w:color w:val="auto"/>
          <w:sz w:val="22"/>
        </w:rPr>
        <w:t>(s)</w:t>
      </w:r>
      <w:r w:rsidR="00702800" w:rsidRPr="00271931">
        <w:rPr>
          <w:b/>
          <w:color w:val="auto"/>
          <w:sz w:val="22"/>
        </w:rPr>
        <w:t>:</w:t>
      </w:r>
      <w:r w:rsidR="00F90EB3">
        <w:rPr>
          <w:color w:val="auto"/>
          <w:sz w:val="22"/>
        </w:rPr>
        <w:t xml:space="preserve"> </w:t>
      </w:r>
      <w:r w:rsidRPr="00271931">
        <w:rPr>
          <w:color w:val="auto"/>
          <w:sz w:val="22"/>
        </w:rPr>
        <w:t>[URL]</w:t>
      </w:r>
    </w:p>
    <w:p w14:paraId="50AD8B09" w14:textId="77777777" w:rsidR="00702800" w:rsidRPr="00271931" w:rsidRDefault="00702800">
      <w:pPr>
        <w:pStyle w:val="BodyText"/>
        <w:rPr>
          <w:color w:val="auto"/>
          <w:sz w:val="22"/>
        </w:rPr>
      </w:pPr>
    </w:p>
    <w:p w14:paraId="1DB58608" w14:textId="2B8897B2" w:rsidR="00BC143D" w:rsidRPr="00D926ED" w:rsidRDefault="008915CC" w:rsidP="00321490">
      <w:pPr>
        <w:pStyle w:val="CharacterLimit"/>
        <w:rPr>
          <w:b/>
          <w:color w:val="auto"/>
          <w:sz w:val="22"/>
        </w:rPr>
      </w:pPr>
      <w:r w:rsidRPr="00271931">
        <w:rPr>
          <w:b/>
          <w:i w:val="0"/>
          <w:color w:val="auto"/>
          <w:sz w:val="22"/>
        </w:rPr>
        <w:t>If yes, briefly identify the recommendation(s) in the plan</w:t>
      </w:r>
      <w:r w:rsidR="00170DB3" w:rsidRPr="00271931">
        <w:rPr>
          <w:b/>
          <w:i w:val="0"/>
          <w:color w:val="auto"/>
          <w:sz w:val="22"/>
        </w:rPr>
        <w:t xml:space="preserve">, with page numbers, </w:t>
      </w:r>
      <w:r w:rsidRPr="00271931">
        <w:rPr>
          <w:b/>
          <w:i w:val="0"/>
          <w:color w:val="auto"/>
          <w:sz w:val="22"/>
        </w:rPr>
        <w:t>that the proposed project would carry out or advance.</w:t>
      </w:r>
      <w:r w:rsidR="00D926ED">
        <w:rPr>
          <w:b/>
          <w:color w:val="auto"/>
          <w:sz w:val="22"/>
        </w:rPr>
        <w:t xml:space="preserve"> </w:t>
      </w:r>
      <w:r w:rsidR="00BC143D" w:rsidRPr="00271931">
        <w:rPr>
          <w:color w:val="auto"/>
          <w:sz w:val="22"/>
        </w:rPr>
        <w:t>[Maximum 1,</w:t>
      </w:r>
      <w:r w:rsidRPr="00271931">
        <w:rPr>
          <w:color w:val="auto"/>
          <w:sz w:val="22"/>
        </w:rPr>
        <w:t>0</w:t>
      </w:r>
      <w:r w:rsidR="00BC143D" w:rsidRPr="00271931">
        <w:rPr>
          <w:color w:val="auto"/>
          <w:sz w:val="22"/>
        </w:rPr>
        <w:t>00 characters]</w:t>
      </w:r>
    </w:p>
    <w:p w14:paraId="5406FFE9" w14:textId="16E0F369" w:rsidR="00942FE0" w:rsidRDefault="00942FE0" w:rsidP="00271931">
      <w:pPr>
        <w:pStyle w:val="Heading3"/>
      </w:pPr>
      <w:r>
        <w:t>B</w:t>
      </w:r>
      <w:r w:rsidR="00772622">
        <w:t>4</w:t>
      </w:r>
      <w:r>
        <w:t xml:space="preserve">. </w:t>
      </w:r>
      <w:r w:rsidR="5227C34B" w:rsidRPr="5227C34B">
        <w:t>Overall Project Service Area</w:t>
      </w:r>
    </w:p>
    <w:p w14:paraId="2B947EDD" w14:textId="3A950D85" w:rsidR="00942FE0" w:rsidRPr="00271931" w:rsidRDefault="00942FE0" w:rsidP="00942FE0">
      <w:pPr>
        <w:pStyle w:val="BodyText"/>
        <w:spacing w:after="20"/>
        <w:rPr>
          <w:color w:val="auto"/>
          <w:sz w:val="22"/>
        </w:rPr>
      </w:pPr>
      <w:r w:rsidRPr="00271931">
        <w:rPr>
          <w:b/>
          <w:color w:val="auto"/>
          <w:sz w:val="22"/>
        </w:rPr>
        <w:t>What best describes the geographic area the proposed project will serve?</w:t>
      </w:r>
      <w:r w:rsidR="00FC20A7" w:rsidRPr="00271931">
        <w:rPr>
          <w:b/>
          <w:color w:val="auto"/>
          <w:sz w:val="22"/>
        </w:rPr>
        <w:t xml:space="preserve"> (Select one)</w:t>
      </w:r>
      <w:r w:rsidRPr="00271931">
        <w:rPr>
          <w:b/>
          <w:color w:val="auto"/>
          <w:sz w:val="22"/>
        </w:rPr>
        <w:t>*</w:t>
      </w:r>
    </w:p>
    <w:p w14:paraId="7AD3A95E" w14:textId="77777777" w:rsidR="00942FE0" w:rsidRPr="00271931" w:rsidRDefault="00942FE0" w:rsidP="008F0C47">
      <w:pPr>
        <w:pStyle w:val="CompactBullet"/>
        <w:numPr>
          <w:ilvl w:val="0"/>
          <w:numId w:val="18"/>
        </w:numPr>
        <w:rPr>
          <w:sz w:val="22"/>
        </w:rPr>
      </w:pPr>
      <w:r w:rsidRPr="00271931">
        <w:rPr>
          <w:sz w:val="22"/>
        </w:rPr>
        <w:t>Individual school</w:t>
      </w:r>
    </w:p>
    <w:p w14:paraId="5E52A310" w14:textId="5C82DCFF" w:rsidR="00795F21" w:rsidRPr="00271931" w:rsidRDefault="00942FE0" w:rsidP="008F0C47">
      <w:pPr>
        <w:pStyle w:val="CompactBullet"/>
        <w:numPr>
          <w:ilvl w:val="0"/>
          <w:numId w:val="18"/>
        </w:numPr>
        <w:rPr>
          <w:sz w:val="22"/>
        </w:rPr>
      </w:pPr>
      <w:r w:rsidRPr="00271931">
        <w:rPr>
          <w:sz w:val="22"/>
        </w:rPr>
        <w:t xml:space="preserve">Cluster of schools </w:t>
      </w:r>
    </w:p>
    <w:p w14:paraId="2515671F" w14:textId="38959A71" w:rsidR="00942FE0" w:rsidRPr="00271931" w:rsidRDefault="00942FE0" w:rsidP="008F0C47">
      <w:pPr>
        <w:pStyle w:val="CompactBullet"/>
        <w:numPr>
          <w:ilvl w:val="0"/>
          <w:numId w:val="18"/>
        </w:numPr>
        <w:rPr>
          <w:sz w:val="22"/>
        </w:rPr>
      </w:pPr>
      <w:r w:rsidRPr="00271931">
        <w:rPr>
          <w:sz w:val="22"/>
        </w:rPr>
        <w:t>School district</w:t>
      </w:r>
    </w:p>
    <w:p w14:paraId="4121E05C" w14:textId="77777777" w:rsidR="00942FE0" w:rsidRPr="00271931" w:rsidRDefault="00942FE0" w:rsidP="008F0C47">
      <w:pPr>
        <w:pStyle w:val="CompactBullet"/>
        <w:numPr>
          <w:ilvl w:val="0"/>
          <w:numId w:val="18"/>
        </w:numPr>
        <w:rPr>
          <w:sz w:val="22"/>
        </w:rPr>
      </w:pPr>
      <w:r w:rsidRPr="00271931">
        <w:rPr>
          <w:sz w:val="22"/>
        </w:rPr>
        <w:t>Communitywide</w:t>
      </w:r>
    </w:p>
    <w:p w14:paraId="4BA909EE" w14:textId="77777777" w:rsidR="00942FE0" w:rsidRPr="00271931" w:rsidRDefault="00942FE0" w:rsidP="008F0C47">
      <w:pPr>
        <w:pStyle w:val="CompactBullet"/>
        <w:numPr>
          <w:ilvl w:val="0"/>
          <w:numId w:val="18"/>
        </w:numPr>
        <w:rPr>
          <w:sz w:val="22"/>
        </w:rPr>
      </w:pPr>
      <w:r w:rsidRPr="00271931">
        <w:rPr>
          <w:sz w:val="22"/>
        </w:rPr>
        <w:t>Countywide</w:t>
      </w:r>
    </w:p>
    <w:p w14:paraId="2EEEC781" w14:textId="77777777" w:rsidR="00942FE0" w:rsidRPr="00271931" w:rsidRDefault="00942FE0" w:rsidP="008F0C47">
      <w:pPr>
        <w:pStyle w:val="CompactBullet"/>
        <w:numPr>
          <w:ilvl w:val="0"/>
          <w:numId w:val="18"/>
        </w:numPr>
        <w:rPr>
          <w:sz w:val="22"/>
        </w:rPr>
      </w:pPr>
      <w:r w:rsidRPr="00271931">
        <w:rPr>
          <w:sz w:val="22"/>
        </w:rPr>
        <w:t>Regional</w:t>
      </w:r>
    </w:p>
    <w:p w14:paraId="65BE4220" w14:textId="2CB259AE" w:rsidR="00942FE0" w:rsidRPr="00271931" w:rsidRDefault="00942FE0" w:rsidP="00271931">
      <w:pPr>
        <w:pStyle w:val="CompactBullet"/>
        <w:numPr>
          <w:ilvl w:val="0"/>
          <w:numId w:val="18"/>
        </w:numPr>
        <w:rPr>
          <w:sz w:val="22"/>
        </w:rPr>
      </w:pPr>
      <w:r w:rsidRPr="00271931">
        <w:rPr>
          <w:sz w:val="22"/>
        </w:rPr>
        <w:t>Other</w:t>
      </w:r>
    </w:p>
    <w:p w14:paraId="72BAE6DC" w14:textId="0482BD3B" w:rsidR="005D3369" w:rsidRDefault="00250777" w:rsidP="00271931">
      <w:pPr>
        <w:pStyle w:val="Heading3"/>
      </w:pPr>
      <w:r>
        <w:t>B</w:t>
      </w:r>
      <w:r w:rsidR="00772622">
        <w:t>5</w:t>
      </w:r>
      <w:r>
        <w:t xml:space="preserve">. Schools </w:t>
      </w:r>
      <w:r w:rsidR="00570049">
        <w:t>Participatin</w:t>
      </w:r>
      <w:r w:rsidR="00570049" w:rsidRPr="00F6686F">
        <w:t>g in the Pro</w:t>
      </w:r>
      <w:r w:rsidR="00570049">
        <w:t>ject</w:t>
      </w:r>
    </w:p>
    <w:p w14:paraId="1345212C" w14:textId="6C102C62" w:rsidR="003C5E00" w:rsidRPr="00271931" w:rsidRDefault="003C5E00" w:rsidP="00D926ED">
      <w:pPr>
        <w:pStyle w:val="Instruction"/>
        <w:shd w:val="clear" w:color="auto" w:fill="FFFFFF" w:themeFill="background1"/>
        <w:spacing w:after="120"/>
        <w:rPr>
          <w:color w:val="auto"/>
          <w:sz w:val="22"/>
        </w:rPr>
      </w:pPr>
      <w:r w:rsidRPr="00271931">
        <w:rPr>
          <w:color w:val="auto"/>
          <w:sz w:val="22"/>
        </w:rPr>
        <w:t>Complete and upload the</w:t>
      </w:r>
      <w:r w:rsidRPr="00271931">
        <w:rPr>
          <w:color w:val="auto"/>
          <w:sz w:val="22"/>
          <w:shd w:val="clear" w:color="auto" w:fill="FFFFFF" w:themeFill="background1"/>
        </w:rPr>
        <w:t xml:space="preserve"> NCDOT School Information Template t</w:t>
      </w:r>
      <w:r w:rsidRPr="00271931">
        <w:rPr>
          <w:color w:val="auto"/>
          <w:sz w:val="22"/>
        </w:rPr>
        <w:t>o identify the schools expected to participate directly in the proposed project</w:t>
      </w:r>
      <w:r w:rsidR="007B5757" w:rsidRPr="00271931">
        <w:rPr>
          <w:color w:val="auto"/>
          <w:sz w:val="22"/>
        </w:rPr>
        <w:t>, their total enrollment, Economically Disadvantaged Student</w:t>
      </w:r>
      <w:r w:rsidR="003A5869" w:rsidRPr="00271931">
        <w:rPr>
          <w:color w:val="auto"/>
          <w:sz w:val="22"/>
        </w:rPr>
        <w:t xml:space="preserve"> (EDS)</w:t>
      </w:r>
      <w:r w:rsidR="007B5757" w:rsidRPr="00271931">
        <w:rPr>
          <w:color w:val="auto"/>
          <w:sz w:val="22"/>
        </w:rPr>
        <w:t xml:space="preserve"> percentage</w:t>
      </w:r>
      <w:r w:rsidR="00E8725B" w:rsidRPr="00271931">
        <w:rPr>
          <w:color w:val="auto"/>
          <w:sz w:val="22"/>
        </w:rPr>
        <w:t xml:space="preserve">, and </w:t>
      </w:r>
      <w:r w:rsidR="007B5757" w:rsidRPr="00271931">
        <w:rPr>
          <w:color w:val="auto"/>
          <w:sz w:val="22"/>
        </w:rPr>
        <w:t>school type</w:t>
      </w:r>
      <w:r w:rsidRPr="00271931">
        <w:rPr>
          <w:color w:val="auto"/>
          <w:sz w:val="22"/>
        </w:rPr>
        <w:t>.</w:t>
      </w:r>
      <w:r w:rsidR="00A400C0" w:rsidRPr="00271931">
        <w:rPr>
          <w:color w:val="auto"/>
          <w:sz w:val="22"/>
        </w:rPr>
        <w:t xml:space="preserve"> The completed file should be attached to your application submission in Smartsheet</w:t>
      </w:r>
      <w:r w:rsidR="00CA0808">
        <w:rPr>
          <w:color w:val="auto"/>
          <w:sz w:val="22"/>
        </w:rPr>
        <w:t>.</w:t>
      </w:r>
    </w:p>
    <w:p w14:paraId="64930244" w14:textId="77777777" w:rsidR="001F7CB6" w:rsidRDefault="003C5E00" w:rsidP="001F7CB6">
      <w:pPr>
        <w:pStyle w:val="Instruction"/>
        <w:numPr>
          <w:ilvl w:val="0"/>
          <w:numId w:val="35"/>
        </w:numPr>
        <w:ind w:left="540"/>
        <w:rPr>
          <w:color w:val="auto"/>
          <w:sz w:val="22"/>
        </w:rPr>
      </w:pPr>
      <w:r w:rsidRPr="00271931">
        <w:rPr>
          <w:color w:val="auto"/>
          <w:sz w:val="22"/>
        </w:rPr>
        <w:t xml:space="preserve">On the </w:t>
      </w:r>
      <w:r w:rsidRPr="00271931">
        <w:rPr>
          <w:b/>
          <w:bCs/>
          <w:color w:val="auto"/>
          <w:sz w:val="22"/>
        </w:rPr>
        <w:t>EDS Lookup</w:t>
      </w:r>
      <w:r w:rsidRPr="00271931">
        <w:rPr>
          <w:color w:val="auto"/>
          <w:sz w:val="22"/>
        </w:rPr>
        <w:t xml:space="preserve"> tab, filter the District column and enter “Yes” beside each participating school. Do not select the District total row. The selected schools will populate automatically on the </w:t>
      </w:r>
      <w:r w:rsidRPr="00271931">
        <w:rPr>
          <w:b/>
          <w:bCs/>
          <w:color w:val="auto"/>
          <w:sz w:val="22"/>
        </w:rPr>
        <w:t>School Information</w:t>
      </w:r>
      <w:r w:rsidRPr="00271931">
        <w:rPr>
          <w:color w:val="auto"/>
          <w:sz w:val="22"/>
        </w:rPr>
        <w:t xml:space="preserve"> tab. </w:t>
      </w:r>
    </w:p>
    <w:p w14:paraId="18973DE8" w14:textId="77777777" w:rsidR="001F7CB6" w:rsidRDefault="003C5E00" w:rsidP="001F7CB6">
      <w:pPr>
        <w:pStyle w:val="Instruction"/>
        <w:numPr>
          <w:ilvl w:val="0"/>
          <w:numId w:val="35"/>
        </w:numPr>
        <w:ind w:left="540"/>
        <w:rPr>
          <w:color w:val="auto"/>
          <w:sz w:val="22"/>
        </w:rPr>
      </w:pPr>
      <w:r w:rsidRPr="001F7CB6">
        <w:rPr>
          <w:color w:val="auto"/>
          <w:sz w:val="22"/>
        </w:rPr>
        <w:t>Complete the School Type and Grades Served fields for each selected school</w:t>
      </w:r>
      <w:r w:rsidR="001D4BFE" w:rsidRPr="001F7CB6">
        <w:rPr>
          <w:color w:val="auto"/>
          <w:sz w:val="22"/>
        </w:rPr>
        <w:t xml:space="preserve"> on the </w:t>
      </w:r>
      <w:r w:rsidR="001D4BFE" w:rsidRPr="001F7CB6">
        <w:rPr>
          <w:b/>
          <w:bCs/>
          <w:color w:val="auto"/>
          <w:sz w:val="22"/>
        </w:rPr>
        <w:t>School Information</w:t>
      </w:r>
      <w:r w:rsidR="001D4BFE" w:rsidRPr="001F7CB6">
        <w:rPr>
          <w:color w:val="auto"/>
          <w:sz w:val="22"/>
        </w:rPr>
        <w:t xml:space="preserve"> tab</w:t>
      </w:r>
      <w:r w:rsidRPr="001F7CB6">
        <w:rPr>
          <w:color w:val="auto"/>
          <w:sz w:val="22"/>
        </w:rPr>
        <w:t>.</w:t>
      </w:r>
    </w:p>
    <w:p w14:paraId="1DD9CC57" w14:textId="6B1826D9" w:rsidR="003C5E00" w:rsidRPr="001F7CB6" w:rsidRDefault="003C5E00" w:rsidP="001F7CB6">
      <w:pPr>
        <w:pStyle w:val="Instruction"/>
        <w:numPr>
          <w:ilvl w:val="0"/>
          <w:numId w:val="35"/>
        </w:numPr>
        <w:ind w:left="540"/>
        <w:rPr>
          <w:color w:val="auto"/>
          <w:sz w:val="22"/>
        </w:rPr>
      </w:pPr>
      <w:r w:rsidRPr="001F7CB6">
        <w:rPr>
          <w:color w:val="auto"/>
          <w:sz w:val="22"/>
        </w:rPr>
        <w:t>For a districtwide project, also enter the district name, official district enrollment, and district EDS percentage using the District total row in the lookup.</w:t>
      </w:r>
    </w:p>
    <w:p w14:paraId="553F9597" w14:textId="12CC89E1" w:rsidR="00FA4ED0" w:rsidRPr="00271931" w:rsidRDefault="00FA4ED0">
      <w:pPr>
        <w:pStyle w:val="Instruction"/>
        <w:rPr>
          <w:color w:val="auto"/>
          <w:sz w:val="22"/>
        </w:rPr>
      </w:pPr>
      <w:r w:rsidRPr="00271931">
        <w:rPr>
          <w:color w:val="auto"/>
          <w:sz w:val="22"/>
        </w:rPr>
        <w:t>If a participating school does not appear in the EDS Lookup, enter its information manually on the School Information tab using the best available enrollment and EDS information.</w:t>
      </w:r>
    </w:p>
    <w:p w14:paraId="0987F9D6" w14:textId="77777777" w:rsidR="001C7178" w:rsidRDefault="001C7178">
      <w:pPr>
        <w:pStyle w:val="BodyText"/>
        <w:rPr>
          <w:b/>
        </w:rPr>
      </w:pPr>
    </w:p>
    <w:p w14:paraId="6E5CF1E3" w14:textId="681A224A" w:rsidR="005D3369" w:rsidRDefault="004B755D" w:rsidP="00AB1947">
      <w:pPr>
        <w:pStyle w:val="BodyText"/>
        <w:spacing w:after="240"/>
      </w:pPr>
      <w:r>
        <w:rPr>
          <w:b/>
        </w:rPr>
        <w:t>Number of participating schools*</w:t>
      </w:r>
      <w:r w:rsidR="00510E7D">
        <w:t xml:space="preserve">: </w:t>
      </w:r>
      <w:r w:rsidR="00250777">
        <w:t>[Number]</w:t>
      </w:r>
    </w:p>
    <w:p w14:paraId="7EB888BF" w14:textId="4DA26F96" w:rsidR="005D3369" w:rsidRDefault="004B755D">
      <w:pPr>
        <w:pStyle w:val="BodyText"/>
      </w:pPr>
      <w:r>
        <w:rPr>
          <w:b/>
        </w:rPr>
        <w:t>Total enrollment at participating schools</w:t>
      </w:r>
      <w:r w:rsidR="00250777">
        <w:rPr>
          <w:b/>
        </w:rPr>
        <w:t>*</w:t>
      </w:r>
      <w:r w:rsidR="00510E7D">
        <w:t xml:space="preserve">: </w:t>
      </w:r>
      <w:r w:rsidR="00250777">
        <w:t>[Number]</w:t>
      </w:r>
    </w:p>
    <w:p w14:paraId="5C5FAE2F" w14:textId="0C35CC88" w:rsidR="005D3369" w:rsidRDefault="00250777" w:rsidP="00271931">
      <w:pPr>
        <w:pStyle w:val="Heading2"/>
      </w:pPr>
      <w:r>
        <w:lastRenderedPageBreak/>
        <w:t>Part C. Project Need and Safety (25 points)</w:t>
      </w:r>
    </w:p>
    <w:p w14:paraId="5DAA15D1" w14:textId="77777777" w:rsidR="005D3369" w:rsidRDefault="00250777" w:rsidP="00271931">
      <w:pPr>
        <w:pStyle w:val="Heading3"/>
      </w:pPr>
      <w:r>
        <w:t>C1. Project Need and Safety</w:t>
      </w:r>
    </w:p>
    <w:p w14:paraId="6113DD79" w14:textId="26FDA451" w:rsidR="005D3369" w:rsidRPr="00271931" w:rsidRDefault="00250777" w:rsidP="00271931">
      <w:pPr>
        <w:pStyle w:val="CharacterLimit"/>
        <w:rPr>
          <w:sz w:val="22"/>
        </w:rPr>
      </w:pPr>
      <w:r w:rsidRPr="00AB1947">
        <w:rPr>
          <w:b/>
          <w:bCs/>
          <w:i w:val="0"/>
          <w:iCs/>
          <w:color w:val="auto"/>
          <w:sz w:val="22"/>
        </w:rPr>
        <w:t xml:space="preserve">Describe the transportation and safety needs </w:t>
      </w:r>
      <w:r w:rsidR="00563213" w:rsidRPr="00AB1947">
        <w:rPr>
          <w:b/>
          <w:bCs/>
          <w:i w:val="0"/>
          <w:iCs/>
          <w:color w:val="auto"/>
          <w:sz w:val="22"/>
        </w:rPr>
        <w:t xml:space="preserve">in the service area that </w:t>
      </w:r>
      <w:r w:rsidRPr="00AB1947">
        <w:rPr>
          <w:b/>
          <w:bCs/>
          <w:i w:val="0"/>
          <w:iCs/>
          <w:color w:val="auto"/>
          <w:sz w:val="22"/>
        </w:rPr>
        <w:t>this project is intended to address.*</w:t>
      </w:r>
      <w:r w:rsidR="00273EBE" w:rsidRPr="00AB1947">
        <w:rPr>
          <w:i w:val="0"/>
          <w:iCs/>
          <w:color w:val="auto"/>
          <w:sz w:val="22"/>
        </w:rPr>
        <w:t xml:space="preserve"> </w:t>
      </w:r>
      <w:r w:rsidR="00273EBE" w:rsidRPr="006D6BE0">
        <w:rPr>
          <w:color w:val="auto"/>
          <w:sz w:val="22"/>
        </w:rPr>
        <w:t>[Maximum 4,</w:t>
      </w:r>
      <w:r w:rsidR="00E67BBA">
        <w:rPr>
          <w:color w:val="auto"/>
          <w:sz w:val="22"/>
        </w:rPr>
        <w:t>0</w:t>
      </w:r>
      <w:r w:rsidR="00273EBE" w:rsidRPr="006D6BE0">
        <w:rPr>
          <w:color w:val="auto"/>
          <w:sz w:val="22"/>
        </w:rPr>
        <w:t>00 characters]</w:t>
      </w:r>
    </w:p>
    <w:p w14:paraId="52245009" w14:textId="440D09A4" w:rsidR="005D3369" w:rsidRPr="00271931" w:rsidRDefault="00250777">
      <w:pPr>
        <w:pStyle w:val="Instruction"/>
        <w:rPr>
          <w:color w:val="auto"/>
          <w:sz w:val="22"/>
        </w:rPr>
      </w:pPr>
      <w:r w:rsidRPr="00271931">
        <w:rPr>
          <w:color w:val="auto"/>
          <w:sz w:val="22"/>
        </w:rPr>
        <w:t xml:space="preserve">Explain the conditions </w:t>
      </w:r>
      <w:r w:rsidR="00563213" w:rsidRPr="00271931">
        <w:rPr>
          <w:color w:val="auto"/>
          <w:sz w:val="22"/>
        </w:rPr>
        <w:t xml:space="preserve">in the service area </w:t>
      </w:r>
      <w:r w:rsidRPr="00271931">
        <w:rPr>
          <w:color w:val="auto"/>
          <w:sz w:val="22"/>
        </w:rPr>
        <w:t>affecting students' ability to safely walk, bicycle, or roll to and from school, who is affected, and why the project is needed. Describe the information that helped you identify these transportation needs and safety concerns. Relevant information may include:</w:t>
      </w:r>
    </w:p>
    <w:p w14:paraId="561F4462" w14:textId="77777777" w:rsidR="005D3369" w:rsidRPr="00271931" w:rsidRDefault="00250777" w:rsidP="00DF000F">
      <w:pPr>
        <w:pStyle w:val="CompactBullet"/>
        <w:numPr>
          <w:ilvl w:val="0"/>
          <w:numId w:val="19"/>
        </w:numPr>
        <w:rPr>
          <w:sz w:val="22"/>
        </w:rPr>
      </w:pPr>
      <w:r w:rsidRPr="00271931">
        <w:rPr>
          <w:sz w:val="22"/>
        </w:rPr>
        <w:t>Safe Routes to School or other plans</w:t>
      </w:r>
    </w:p>
    <w:p w14:paraId="088F38A6" w14:textId="77777777" w:rsidR="005D3369" w:rsidRPr="00271931" w:rsidRDefault="00250777" w:rsidP="00DF000F">
      <w:pPr>
        <w:pStyle w:val="CompactBullet"/>
        <w:numPr>
          <w:ilvl w:val="0"/>
          <w:numId w:val="19"/>
        </w:numPr>
        <w:rPr>
          <w:sz w:val="22"/>
        </w:rPr>
      </w:pPr>
      <w:r w:rsidRPr="00271931">
        <w:rPr>
          <w:sz w:val="22"/>
        </w:rPr>
        <w:t>Student, caregiver, school, or community input</w:t>
      </w:r>
    </w:p>
    <w:p w14:paraId="797CF1FF" w14:textId="77777777" w:rsidR="005D3369" w:rsidRPr="00271931" w:rsidRDefault="00250777" w:rsidP="00DF000F">
      <w:pPr>
        <w:pStyle w:val="CompactBullet"/>
        <w:numPr>
          <w:ilvl w:val="0"/>
          <w:numId w:val="19"/>
        </w:numPr>
        <w:rPr>
          <w:sz w:val="22"/>
        </w:rPr>
      </w:pPr>
      <w:r w:rsidRPr="00271931">
        <w:rPr>
          <w:sz w:val="22"/>
        </w:rPr>
        <w:t>Walk or bike audits</w:t>
      </w:r>
    </w:p>
    <w:p w14:paraId="495CBE98" w14:textId="77777777" w:rsidR="005D3369" w:rsidRPr="00271931" w:rsidRDefault="00250777" w:rsidP="00DF000F">
      <w:pPr>
        <w:pStyle w:val="CompactBullet"/>
        <w:numPr>
          <w:ilvl w:val="0"/>
          <w:numId w:val="19"/>
        </w:numPr>
        <w:rPr>
          <w:sz w:val="22"/>
        </w:rPr>
      </w:pPr>
      <w:r w:rsidRPr="00271931">
        <w:rPr>
          <w:sz w:val="22"/>
        </w:rPr>
        <w:t>Arrival and dismissal observations</w:t>
      </w:r>
    </w:p>
    <w:p w14:paraId="0608A9E9" w14:textId="77777777" w:rsidR="005D3369" w:rsidRPr="00271931" w:rsidRDefault="00250777" w:rsidP="00DF000F">
      <w:pPr>
        <w:pStyle w:val="CompactBullet"/>
        <w:numPr>
          <w:ilvl w:val="0"/>
          <w:numId w:val="19"/>
        </w:numPr>
        <w:rPr>
          <w:sz w:val="22"/>
        </w:rPr>
      </w:pPr>
      <w:r w:rsidRPr="00271931">
        <w:rPr>
          <w:sz w:val="22"/>
        </w:rPr>
        <w:t>Transportation or traffic data</w:t>
      </w:r>
    </w:p>
    <w:p w14:paraId="156AF736" w14:textId="77777777" w:rsidR="005D3369" w:rsidRPr="00271931" w:rsidRDefault="00250777" w:rsidP="00DF000F">
      <w:pPr>
        <w:pStyle w:val="CompactBullet"/>
        <w:numPr>
          <w:ilvl w:val="0"/>
          <w:numId w:val="19"/>
        </w:numPr>
        <w:rPr>
          <w:sz w:val="22"/>
        </w:rPr>
      </w:pPr>
      <w:r w:rsidRPr="00271931">
        <w:rPr>
          <w:sz w:val="22"/>
        </w:rPr>
        <w:t>Vehicle speeds or crossing conditions</w:t>
      </w:r>
    </w:p>
    <w:p w14:paraId="439A827F" w14:textId="77777777" w:rsidR="005D3369" w:rsidRPr="00271931" w:rsidRDefault="00250777" w:rsidP="00DF000F">
      <w:pPr>
        <w:pStyle w:val="CompactBullet"/>
        <w:numPr>
          <w:ilvl w:val="0"/>
          <w:numId w:val="19"/>
        </w:numPr>
        <w:rPr>
          <w:sz w:val="22"/>
        </w:rPr>
      </w:pPr>
      <w:r w:rsidRPr="00271931">
        <w:rPr>
          <w:sz w:val="22"/>
        </w:rPr>
        <w:t>Crash or near-miss information</w:t>
      </w:r>
    </w:p>
    <w:p w14:paraId="198D1E9A" w14:textId="77777777" w:rsidR="005D3369" w:rsidRPr="00271931" w:rsidRDefault="00250777" w:rsidP="00DF000F">
      <w:pPr>
        <w:pStyle w:val="CompactBullet"/>
        <w:numPr>
          <w:ilvl w:val="0"/>
          <w:numId w:val="19"/>
        </w:numPr>
        <w:rPr>
          <w:sz w:val="22"/>
        </w:rPr>
      </w:pPr>
      <w:r w:rsidRPr="00271931">
        <w:rPr>
          <w:sz w:val="22"/>
        </w:rPr>
        <w:t>Student travel information</w:t>
      </w:r>
    </w:p>
    <w:p w14:paraId="57D04FE3" w14:textId="77777777" w:rsidR="00497E95" w:rsidRPr="00271931" w:rsidRDefault="00C825A5">
      <w:pPr>
        <w:pStyle w:val="CompactBullet"/>
        <w:numPr>
          <w:ilvl w:val="0"/>
          <w:numId w:val="19"/>
        </w:numPr>
        <w:rPr>
          <w:sz w:val="22"/>
        </w:rPr>
      </w:pPr>
      <w:r w:rsidRPr="00271931">
        <w:rPr>
          <w:sz w:val="22"/>
        </w:rPr>
        <w:t>School policies or practices</w:t>
      </w:r>
    </w:p>
    <w:p w14:paraId="6D95A322" w14:textId="5D63A98E" w:rsidR="00497E95" w:rsidRPr="00271931" w:rsidRDefault="00C825A5">
      <w:pPr>
        <w:pStyle w:val="CompactBullet"/>
        <w:numPr>
          <w:ilvl w:val="0"/>
          <w:numId w:val="19"/>
        </w:numPr>
        <w:rPr>
          <w:sz w:val="22"/>
        </w:rPr>
      </w:pPr>
      <w:r w:rsidRPr="00271931">
        <w:rPr>
          <w:sz w:val="22"/>
        </w:rPr>
        <w:t>Perceptions of safety</w:t>
      </w:r>
    </w:p>
    <w:p w14:paraId="673E9FC5" w14:textId="176075EE" w:rsidR="4C43335A" w:rsidRPr="00271931" w:rsidRDefault="4C43335A" w:rsidP="4C43335A">
      <w:pPr>
        <w:pStyle w:val="CompactBullet"/>
        <w:numPr>
          <w:ilvl w:val="0"/>
          <w:numId w:val="19"/>
        </w:numPr>
        <w:rPr>
          <w:sz w:val="22"/>
        </w:rPr>
      </w:pPr>
      <w:r w:rsidRPr="00271931">
        <w:rPr>
          <w:sz w:val="22"/>
        </w:rPr>
        <w:t>School transportation or operational information</w:t>
      </w:r>
    </w:p>
    <w:p w14:paraId="20A0503B" w14:textId="77777777" w:rsidR="00497E95" w:rsidRPr="00271931" w:rsidRDefault="00C825A5" w:rsidP="00271931">
      <w:pPr>
        <w:pStyle w:val="CompactBullet"/>
        <w:numPr>
          <w:ilvl w:val="0"/>
          <w:numId w:val="19"/>
        </w:numPr>
        <w:spacing w:after="120"/>
        <w:rPr>
          <w:sz w:val="22"/>
        </w:rPr>
      </w:pPr>
      <w:r w:rsidRPr="00271931">
        <w:rPr>
          <w:sz w:val="22"/>
        </w:rPr>
        <w:t>Other locally identified needs or conditions</w:t>
      </w:r>
    </w:p>
    <w:p w14:paraId="55DBB2F7" w14:textId="30D2A229" w:rsidR="005D3369" w:rsidRPr="00271931" w:rsidRDefault="00250777">
      <w:pPr>
        <w:pStyle w:val="Note"/>
        <w:rPr>
          <w:color w:val="auto"/>
          <w:sz w:val="22"/>
        </w:rPr>
      </w:pPr>
      <w:r w:rsidRPr="00271931">
        <w:rPr>
          <w:color w:val="auto"/>
          <w:sz w:val="22"/>
        </w:rPr>
        <w:t xml:space="preserve">You do not need to provide every type of information listed above. </w:t>
      </w:r>
      <w:r w:rsidR="00286349" w:rsidRPr="00271931">
        <w:rPr>
          <w:color w:val="auto"/>
          <w:sz w:val="22"/>
        </w:rPr>
        <w:t>Crash data are not required; crashes involving students are relatively uncommon and may not fully represent risk, near misses, or perceived safety. Focus on the locally relevant information that best explains the need and safety concerns.</w:t>
      </w:r>
    </w:p>
    <w:p w14:paraId="4E470E94" w14:textId="58BE1798" w:rsidR="005D3369" w:rsidRDefault="00250777" w:rsidP="00271931">
      <w:pPr>
        <w:pStyle w:val="Heading2"/>
      </w:pPr>
      <w:r>
        <w:t xml:space="preserve">Part D. Proposed Strategies </w:t>
      </w:r>
      <w:r w:rsidRPr="00B65E7A">
        <w:rPr>
          <w:bCs/>
        </w:rPr>
        <w:t>(25 points)</w:t>
      </w:r>
    </w:p>
    <w:p w14:paraId="17072DB8" w14:textId="77777777" w:rsidR="005D3369" w:rsidRDefault="00250777" w:rsidP="00271931">
      <w:pPr>
        <w:pStyle w:val="Heading3"/>
      </w:pPr>
      <w:r>
        <w:t>D1. Project Summary</w:t>
      </w:r>
    </w:p>
    <w:p w14:paraId="0971992E" w14:textId="478CEDE0" w:rsidR="005D3369" w:rsidRPr="00271931" w:rsidRDefault="00250777" w:rsidP="00271931">
      <w:pPr>
        <w:pStyle w:val="CharacterLimit"/>
        <w:rPr>
          <w:sz w:val="22"/>
        </w:rPr>
      </w:pPr>
      <w:r w:rsidRPr="00271931">
        <w:rPr>
          <w:b/>
          <w:i w:val="0"/>
          <w:iCs/>
          <w:color w:val="auto"/>
          <w:sz w:val="22"/>
        </w:rPr>
        <w:t>Briefly summarize the project you are proposing.*</w:t>
      </w:r>
      <w:r w:rsidR="00273EBE">
        <w:rPr>
          <w:b/>
          <w:sz w:val="22"/>
        </w:rPr>
        <w:t xml:space="preserve"> </w:t>
      </w:r>
      <w:r w:rsidR="00273EBE" w:rsidRPr="006D6BE0">
        <w:rPr>
          <w:color w:val="auto"/>
          <w:sz w:val="22"/>
        </w:rPr>
        <w:t>[Maximum 2,500 characters]</w:t>
      </w:r>
    </w:p>
    <w:p w14:paraId="0F2E8B34" w14:textId="0503B4FA" w:rsidR="00497E95" w:rsidRPr="00727C4B" w:rsidRDefault="00250777" w:rsidP="00AB1947">
      <w:pPr>
        <w:pStyle w:val="Instruction"/>
        <w:rPr>
          <w:color w:val="auto"/>
          <w:sz w:val="22"/>
        </w:rPr>
      </w:pPr>
      <w:r w:rsidRPr="00727C4B">
        <w:rPr>
          <w:color w:val="auto"/>
          <w:sz w:val="22"/>
        </w:rPr>
        <w:t>Describe</w:t>
      </w:r>
      <w:r w:rsidR="00AB1947" w:rsidRPr="00727C4B">
        <w:rPr>
          <w:color w:val="auto"/>
          <w:sz w:val="22"/>
        </w:rPr>
        <w:t xml:space="preserve"> t</w:t>
      </w:r>
      <w:r w:rsidR="00C825A5" w:rsidRPr="00727C4B">
        <w:rPr>
          <w:color w:val="auto"/>
          <w:sz w:val="22"/>
        </w:rPr>
        <w:t>he primary goal of the project</w:t>
      </w:r>
      <w:r w:rsidR="00AB1947" w:rsidRPr="00727C4B">
        <w:rPr>
          <w:color w:val="auto"/>
          <w:sz w:val="22"/>
        </w:rPr>
        <w:t>; t</w:t>
      </w:r>
      <w:r w:rsidR="00C825A5" w:rsidRPr="00727C4B">
        <w:rPr>
          <w:color w:val="auto"/>
          <w:sz w:val="22"/>
        </w:rPr>
        <w:t>he schools, students, and communities it will serve</w:t>
      </w:r>
      <w:r w:rsidR="00AB1947" w:rsidRPr="00727C4B">
        <w:rPr>
          <w:color w:val="auto"/>
          <w:sz w:val="22"/>
        </w:rPr>
        <w:t>, and t</w:t>
      </w:r>
      <w:r w:rsidR="00C825A5" w:rsidRPr="00727C4B">
        <w:rPr>
          <w:color w:val="auto"/>
          <w:sz w:val="22"/>
        </w:rPr>
        <w:t>he main strategies or activities you will carry out</w:t>
      </w:r>
      <w:r w:rsidR="00AB1947" w:rsidRPr="00727C4B">
        <w:rPr>
          <w:color w:val="auto"/>
          <w:sz w:val="22"/>
        </w:rPr>
        <w:t xml:space="preserve">. </w:t>
      </w:r>
    </w:p>
    <w:p w14:paraId="6401B793" w14:textId="77777777" w:rsidR="005D3369" w:rsidRDefault="00250777" w:rsidP="00271931">
      <w:pPr>
        <w:pStyle w:val="Heading3"/>
      </w:pPr>
      <w:r>
        <w:t>D2. Proposed Strategies and Activities</w:t>
      </w:r>
    </w:p>
    <w:p w14:paraId="77873D96" w14:textId="495B3250" w:rsidR="005D3369" w:rsidRPr="00E67BBA" w:rsidRDefault="00250777" w:rsidP="00E67BBA">
      <w:pPr>
        <w:pStyle w:val="CharacterLimit"/>
        <w:rPr>
          <w:color w:val="auto"/>
          <w:sz w:val="22"/>
        </w:rPr>
      </w:pPr>
      <w:r w:rsidRPr="00E67BBA">
        <w:rPr>
          <w:b/>
          <w:i w:val="0"/>
          <w:iCs/>
          <w:color w:val="auto"/>
          <w:sz w:val="22"/>
        </w:rPr>
        <w:t xml:space="preserve">Describe </w:t>
      </w:r>
      <w:r w:rsidR="00930A06" w:rsidRPr="00E67BBA">
        <w:rPr>
          <w:b/>
          <w:i w:val="0"/>
          <w:iCs/>
          <w:color w:val="auto"/>
          <w:sz w:val="22"/>
        </w:rPr>
        <w:t>the strategies the project will implement to</w:t>
      </w:r>
      <w:r w:rsidRPr="00E67BBA">
        <w:rPr>
          <w:b/>
          <w:i w:val="0"/>
          <w:iCs/>
          <w:color w:val="auto"/>
          <w:sz w:val="22"/>
        </w:rPr>
        <w:t xml:space="preserve"> help students safely walk, bicycle, or roll to and from school and in daily life.*</w:t>
      </w:r>
      <w:r w:rsidR="00DC3FEB">
        <w:rPr>
          <w:b/>
          <w:sz w:val="22"/>
        </w:rPr>
        <w:t xml:space="preserve"> </w:t>
      </w:r>
      <w:r w:rsidR="00DC3FEB" w:rsidRPr="006D6BE0">
        <w:rPr>
          <w:color w:val="auto"/>
          <w:sz w:val="22"/>
        </w:rPr>
        <w:t>[Maximum 4,000 characters]</w:t>
      </w:r>
    </w:p>
    <w:p w14:paraId="06F8B20C" w14:textId="740248FB" w:rsidR="4C43335A" w:rsidRPr="00271931" w:rsidRDefault="4C43335A" w:rsidP="4C43335A">
      <w:pPr>
        <w:pStyle w:val="Instruction"/>
        <w:rPr>
          <w:color w:val="auto"/>
          <w:sz w:val="22"/>
        </w:rPr>
      </w:pPr>
      <w:r w:rsidRPr="00271931">
        <w:rPr>
          <w:color w:val="auto"/>
          <w:sz w:val="22"/>
        </w:rPr>
        <w:t xml:space="preserve">Organize your response around the project types selected in Part B, such as planning, programming, program coordination or staffing, demonstration projects, or other eligible activities. For each major strategy, explain which need or barrier identified in Part C it is intended to address, the change you expect it to produce, how </w:t>
      </w:r>
      <w:r w:rsidR="00A24E60" w:rsidRPr="00271931">
        <w:rPr>
          <w:color w:val="auto"/>
          <w:sz w:val="22"/>
        </w:rPr>
        <w:t>it</w:t>
      </w:r>
      <w:r w:rsidRPr="00271931">
        <w:rPr>
          <w:color w:val="auto"/>
          <w:sz w:val="22"/>
        </w:rPr>
        <w:t xml:space="preserve"> will reach the students and populations identified in Part G, and its approximate reach or scale.</w:t>
      </w:r>
    </w:p>
    <w:p w14:paraId="40B06B72" w14:textId="7A6BBE15" w:rsidR="005D3369" w:rsidRDefault="00250777" w:rsidP="00271931">
      <w:pPr>
        <w:pStyle w:val="Heading3"/>
      </w:pPr>
      <w:r>
        <w:t xml:space="preserve">D3. </w:t>
      </w:r>
      <w:r w:rsidR="00F24781">
        <w:t>Proposed Work Plan</w:t>
      </w:r>
    </w:p>
    <w:p w14:paraId="219BF130" w14:textId="49EC41FC" w:rsidR="00577B14" w:rsidRPr="00271931" w:rsidRDefault="00577B14" w:rsidP="00577B14">
      <w:pPr>
        <w:pStyle w:val="Instruction"/>
        <w:rPr>
          <w:color w:val="auto"/>
          <w:sz w:val="22"/>
        </w:rPr>
      </w:pPr>
      <w:r w:rsidRPr="00727C4B">
        <w:rPr>
          <w:b/>
          <w:bCs/>
          <w:color w:val="auto"/>
          <w:sz w:val="22"/>
        </w:rPr>
        <w:t xml:space="preserve">Complete and </w:t>
      </w:r>
      <w:r w:rsidR="00DC3FEB" w:rsidRPr="00727C4B">
        <w:rPr>
          <w:b/>
          <w:bCs/>
          <w:color w:val="auto"/>
          <w:sz w:val="22"/>
        </w:rPr>
        <w:t>attach</w:t>
      </w:r>
      <w:r w:rsidRPr="00727C4B">
        <w:rPr>
          <w:b/>
          <w:bCs/>
          <w:color w:val="auto"/>
          <w:sz w:val="22"/>
        </w:rPr>
        <w:t xml:space="preserve"> the NCDOT Proposed Work Plan Template.</w:t>
      </w:r>
      <w:r w:rsidRPr="00271931">
        <w:rPr>
          <w:color w:val="auto"/>
          <w:sz w:val="22"/>
        </w:rPr>
        <w:t xml:space="preserve"> Use one row for each major project activity and identify the major tasks, approximate timing, expected deliverable or output, measure of completion or result, and related budget item.</w:t>
      </w:r>
    </w:p>
    <w:p w14:paraId="60341CD3" w14:textId="07AC29FB" w:rsidR="005D3369" w:rsidRPr="00727C4B" w:rsidRDefault="00577B14" w:rsidP="00D81B8E">
      <w:pPr>
        <w:pStyle w:val="Instruction"/>
        <w:rPr>
          <w:i/>
          <w:iCs/>
          <w:color w:val="auto"/>
          <w:sz w:val="22"/>
        </w:rPr>
      </w:pPr>
      <w:r w:rsidRPr="00727C4B">
        <w:rPr>
          <w:i/>
          <w:iCs/>
          <w:color w:val="auto"/>
          <w:sz w:val="22"/>
        </w:rPr>
        <w:lastRenderedPageBreak/>
        <w:t>Do not repeat the application narrative. Reasonable estimates are acceptable.</w:t>
      </w:r>
    </w:p>
    <w:p w14:paraId="2468200F" w14:textId="0874B72A" w:rsidR="005D3369" w:rsidRDefault="00250777" w:rsidP="00271931">
      <w:pPr>
        <w:pStyle w:val="Heading2"/>
      </w:pPr>
      <w:r>
        <w:t>Part E. Budget (15 points)</w:t>
      </w:r>
    </w:p>
    <w:p w14:paraId="49A2B4F1" w14:textId="18352812" w:rsidR="005D3369" w:rsidRPr="00271931" w:rsidDel="00D729BA" w:rsidRDefault="00D729BA">
      <w:pPr>
        <w:pStyle w:val="Instruction"/>
        <w:rPr>
          <w:color w:val="auto"/>
          <w:sz w:val="22"/>
        </w:rPr>
      </w:pPr>
      <w:r w:rsidRPr="00803565">
        <w:rPr>
          <w:rStyle w:val="CommentReference"/>
          <w:b/>
          <w:bCs/>
          <w:color w:val="auto"/>
          <w:sz w:val="22"/>
          <w:szCs w:val="22"/>
        </w:rPr>
        <w:t xml:space="preserve">Complete and </w:t>
      </w:r>
      <w:r w:rsidR="00DC3FEB" w:rsidRPr="00803565">
        <w:rPr>
          <w:rStyle w:val="CommentReference"/>
          <w:b/>
          <w:bCs/>
          <w:color w:val="auto"/>
          <w:sz w:val="22"/>
          <w:szCs w:val="22"/>
        </w:rPr>
        <w:t>attach</w:t>
      </w:r>
      <w:r w:rsidRPr="00803565">
        <w:rPr>
          <w:rStyle w:val="CommentReference"/>
          <w:b/>
          <w:bCs/>
          <w:color w:val="auto"/>
          <w:sz w:val="22"/>
          <w:szCs w:val="22"/>
        </w:rPr>
        <w:t xml:space="preserve"> the NCDOT </w:t>
      </w:r>
      <w:r w:rsidR="00D81B8E" w:rsidRPr="00803565">
        <w:rPr>
          <w:rStyle w:val="CommentReference"/>
          <w:b/>
          <w:bCs/>
          <w:color w:val="auto"/>
          <w:sz w:val="22"/>
          <w:szCs w:val="22"/>
        </w:rPr>
        <w:t xml:space="preserve">SRTS </w:t>
      </w:r>
      <w:r w:rsidR="27828FAC" w:rsidRPr="00803565">
        <w:rPr>
          <w:rStyle w:val="CommentReference"/>
          <w:b/>
          <w:bCs/>
          <w:color w:val="auto"/>
          <w:sz w:val="22"/>
          <w:szCs w:val="22"/>
        </w:rPr>
        <w:t>Budget and Justification Template.</w:t>
      </w:r>
      <w:r w:rsidRPr="00271931">
        <w:rPr>
          <w:rStyle w:val="CommentReference"/>
          <w:color w:val="auto"/>
          <w:sz w:val="22"/>
          <w:szCs w:val="22"/>
        </w:rPr>
        <w:t xml:space="preserve"> The budget should be detailed enough for reviewers to understand how the </w:t>
      </w:r>
      <w:r w:rsidR="00195276" w:rsidRPr="00271931">
        <w:rPr>
          <w:rStyle w:val="CommentReference"/>
          <w:color w:val="auto"/>
          <w:sz w:val="22"/>
          <w:szCs w:val="22"/>
        </w:rPr>
        <w:t xml:space="preserve">total budget </w:t>
      </w:r>
      <w:r w:rsidRPr="00271931">
        <w:rPr>
          <w:rStyle w:val="CommentReference"/>
          <w:color w:val="auto"/>
          <w:sz w:val="22"/>
          <w:szCs w:val="22"/>
        </w:rPr>
        <w:t xml:space="preserve">request was calculated, whether costs are eligible and reasonable, and how expenses connect to the proposed strategies. </w:t>
      </w:r>
      <w:r w:rsidR="00C115E6" w:rsidRPr="00271931">
        <w:rPr>
          <w:rStyle w:val="CommentReference"/>
          <w:color w:val="auto"/>
          <w:sz w:val="22"/>
          <w:szCs w:val="22"/>
        </w:rPr>
        <w:t>B</w:t>
      </w:r>
      <w:r w:rsidR="001E55F3" w:rsidRPr="00271931">
        <w:rPr>
          <w:rStyle w:val="CommentReference"/>
          <w:color w:val="auto"/>
          <w:sz w:val="22"/>
          <w:szCs w:val="22"/>
        </w:rPr>
        <w:t>udgets must be between $25,000 and $</w:t>
      </w:r>
      <w:r w:rsidR="009042D5">
        <w:rPr>
          <w:rStyle w:val="CommentReference"/>
          <w:color w:val="auto"/>
          <w:sz w:val="22"/>
          <w:szCs w:val="22"/>
        </w:rPr>
        <w:t>4</w:t>
      </w:r>
      <w:r w:rsidR="001E55F3" w:rsidRPr="00271931">
        <w:rPr>
          <w:rStyle w:val="CommentReference"/>
          <w:color w:val="auto"/>
          <w:sz w:val="22"/>
          <w:szCs w:val="22"/>
        </w:rPr>
        <w:t xml:space="preserve">00,000. </w:t>
      </w:r>
      <w:r w:rsidR="00753081" w:rsidRPr="00271931">
        <w:rPr>
          <w:color w:val="auto"/>
          <w:sz w:val="22"/>
        </w:rPr>
        <w:t>All purchases must comply with applicable federal and NCDOT procurement and purchasing requirements.</w:t>
      </w:r>
    </w:p>
    <w:p w14:paraId="7DA5AC50" w14:textId="77777777" w:rsidR="005D3369" w:rsidRDefault="00250777" w:rsidP="00271931">
      <w:pPr>
        <w:pStyle w:val="Heading3"/>
      </w:pPr>
      <w:r>
        <w:t>E1. Budget Summary</w:t>
      </w:r>
    </w:p>
    <w:p w14:paraId="57D07E49" w14:textId="50622A3C" w:rsidR="005D3369" w:rsidRPr="00271931" w:rsidRDefault="00250777">
      <w:pPr>
        <w:pStyle w:val="BodyText"/>
        <w:rPr>
          <w:sz w:val="22"/>
        </w:rPr>
      </w:pPr>
      <w:r w:rsidRPr="00271931">
        <w:rPr>
          <w:b/>
          <w:sz w:val="22"/>
        </w:rPr>
        <w:t>Total Project Cost*</w:t>
      </w:r>
      <w:r w:rsidR="00DC3FEB" w:rsidRPr="00271931">
        <w:rPr>
          <w:sz w:val="22"/>
        </w:rPr>
        <w:t xml:space="preserve">: </w:t>
      </w:r>
      <w:r w:rsidRPr="00271931">
        <w:rPr>
          <w:sz w:val="22"/>
        </w:rPr>
        <w:t>$</w:t>
      </w:r>
    </w:p>
    <w:p w14:paraId="7489A5C9" w14:textId="60FB18E3" w:rsidR="005D3369" w:rsidRPr="00271931" w:rsidRDefault="00250777">
      <w:pPr>
        <w:pStyle w:val="BodyText"/>
        <w:rPr>
          <w:sz w:val="22"/>
        </w:rPr>
      </w:pPr>
      <w:r w:rsidRPr="00271931">
        <w:rPr>
          <w:b/>
          <w:sz w:val="22"/>
        </w:rPr>
        <w:t>Total NCDOT Funds Requested</w:t>
      </w:r>
      <w:r w:rsidR="00B411D4" w:rsidRPr="00271931">
        <w:rPr>
          <w:b/>
          <w:sz w:val="22"/>
        </w:rPr>
        <w:t xml:space="preserve"> (80% of total)</w:t>
      </w:r>
      <w:r w:rsidRPr="00271931">
        <w:rPr>
          <w:b/>
          <w:sz w:val="22"/>
        </w:rPr>
        <w:t>*</w:t>
      </w:r>
      <w:r w:rsidR="00DC3FEB" w:rsidRPr="00271931">
        <w:rPr>
          <w:sz w:val="22"/>
        </w:rPr>
        <w:t xml:space="preserve">: </w:t>
      </w:r>
      <w:r w:rsidRPr="00271931">
        <w:rPr>
          <w:sz w:val="22"/>
        </w:rPr>
        <w:t>$</w:t>
      </w:r>
    </w:p>
    <w:p w14:paraId="5FAA061B" w14:textId="1BF6952F" w:rsidR="005D3369" w:rsidRPr="00271931" w:rsidRDefault="00250777">
      <w:pPr>
        <w:pStyle w:val="BodyText"/>
        <w:rPr>
          <w:sz w:val="22"/>
        </w:rPr>
      </w:pPr>
      <w:r w:rsidRPr="00271931">
        <w:rPr>
          <w:b/>
          <w:sz w:val="22"/>
        </w:rPr>
        <w:t>Required Local Match</w:t>
      </w:r>
      <w:r w:rsidR="00B411D4" w:rsidRPr="00271931">
        <w:rPr>
          <w:b/>
          <w:sz w:val="22"/>
        </w:rPr>
        <w:t xml:space="preserve"> (20% of total)</w:t>
      </w:r>
      <w:r w:rsidRPr="00271931">
        <w:rPr>
          <w:b/>
          <w:sz w:val="22"/>
        </w:rPr>
        <w:t>*</w:t>
      </w:r>
      <w:r w:rsidR="00DC3FEB" w:rsidRPr="00271931">
        <w:rPr>
          <w:sz w:val="22"/>
        </w:rPr>
        <w:t xml:space="preserve">: </w:t>
      </w:r>
      <w:r w:rsidRPr="00271931">
        <w:rPr>
          <w:sz w:val="22"/>
        </w:rPr>
        <w:t>$</w:t>
      </w:r>
    </w:p>
    <w:p w14:paraId="18B91DD7" w14:textId="77777777" w:rsidR="005D3369" w:rsidRDefault="00250777" w:rsidP="00271931">
      <w:pPr>
        <w:pStyle w:val="Heading3"/>
      </w:pPr>
      <w:r>
        <w:t>E2. Detailed Budget and Justification</w:t>
      </w:r>
    </w:p>
    <w:p w14:paraId="72D42063" w14:textId="77777777" w:rsidR="00DD12D0" w:rsidRPr="00271931" w:rsidRDefault="00DD12D0" w:rsidP="00DD12D0">
      <w:pPr>
        <w:pStyle w:val="Instruction"/>
        <w:rPr>
          <w:color w:val="auto"/>
          <w:sz w:val="22"/>
        </w:rPr>
      </w:pPr>
      <w:r w:rsidRPr="00271931">
        <w:rPr>
          <w:color w:val="auto"/>
          <w:sz w:val="22"/>
        </w:rPr>
        <w:t xml:space="preserve">Download the NCDOT Budget and Justification Template. Review the </w:t>
      </w:r>
      <w:r w:rsidRPr="00271931">
        <w:rPr>
          <w:b/>
          <w:bCs/>
          <w:color w:val="auto"/>
          <w:sz w:val="22"/>
        </w:rPr>
        <w:t>Example Budget</w:t>
      </w:r>
      <w:r w:rsidRPr="00271931">
        <w:rPr>
          <w:color w:val="auto"/>
          <w:sz w:val="22"/>
        </w:rPr>
        <w:t xml:space="preserve"> tab, then complete the </w:t>
      </w:r>
      <w:r w:rsidRPr="00271931">
        <w:rPr>
          <w:b/>
          <w:bCs/>
          <w:color w:val="auto"/>
          <w:sz w:val="22"/>
        </w:rPr>
        <w:t>Budget</w:t>
      </w:r>
      <w:r w:rsidRPr="00271931">
        <w:rPr>
          <w:color w:val="auto"/>
          <w:sz w:val="22"/>
        </w:rPr>
        <w:t xml:space="preserve"> tab.</w:t>
      </w:r>
    </w:p>
    <w:p w14:paraId="4EEB7AAA" w14:textId="77777777" w:rsidR="00DD12D0" w:rsidRPr="00271931" w:rsidRDefault="00DD12D0" w:rsidP="00DD12D0">
      <w:pPr>
        <w:pStyle w:val="Instruction"/>
        <w:rPr>
          <w:color w:val="auto"/>
          <w:sz w:val="22"/>
        </w:rPr>
      </w:pPr>
      <w:r w:rsidRPr="00271931">
        <w:rPr>
          <w:color w:val="auto"/>
          <w:sz w:val="22"/>
        </w:rPr>
        <w:t>Use one row for each major expense. Related low-cost items may be grouped, and large purchases may be described as a package or lot when the final quantity or configuration is not yet known. Personnel expenses must show the calculation basis and estimated level of effort.</w:t>
      </w:r>
    </w:p>
    <w:p w14:paraId="2BBFCC0D" w14:textId="06E54615" w:rsidR="00BA4B55" w:rsidRPr="00430056" w:rsidRDefault="00DD12D0" w:rsidP="00430056">
      <w:pPr>
        <w:pStyle w:val="Instruction"/>
        <w:rPr>
          <w:color w:val="auto"/>
          <w:sz w:val="22"/>
        </w:rPr>
      </w:pPr>
      <w:r w:rsidRPr="00271931">
        <w:rPr>
          <w:color w:val="auto"/>
          <w:sz w:val="22"/>
        </w:rPr>
        <w:t>Complete the yellow cells and confirm that each line displays “OK” and the overall budget is balanced before uploading the workbook.</w:t>
      </w:r>
      <w:r w:rsidR="00DC3FEB" w:rsidRPr="00271931">
        <w:rPr>
          <w:color w:val="auto"/>
          <w:sz w:val="22"/>
        </w:rPr>
        <w:t xml:space="preserve"> Attach the completed file to your application in Smartsheet. </w:t>
      </w:r>
    </w:p>
    <w:p w14:paraId="4F64D21B" w14:textId="72AF3319" w:rsidR="005D3369" w:rsidRDefault="00250777" w:rsidP="00271931">
      <w:pPr>
        <w:pStyle w:val="Heading2"/>
      </w:pPr>
      <w:r>
        <w:t>Part F. Implementation Capacity (10 points)</w:t>
      </w:r>
    </w:p>
    <w:p w14:paraId="69DD3258" w14:textId="2489ABA7" w:rsidR="005D3369" w:rsidRPr="00271931" w:rsidRDefault="00250777">
      <w:pPr>
        <w:pStyle w:val="Instruction"/>
        <w:rPr>
          <w:color w:val="auto"/>
          <w:sz w:val="22"/>
        </w:rPr>
      </w:pPr>
      <w:r w:rsidRPr="00271931">
        <w:rPr>
          <w:color w:val="auto"/>
          <w:sz w:val="22"/>
        </w:rPr>
        <w:t>This section is intended to show that the applicant has a credible path to start, manage, and complete the award. Time paid with grant funds must be devoted to eligible project activities, including project-related training.</w:t>
      </w:r>
    </w:p>
    <w:p w14:paraId="65E14052" w14:textId="58304F5B" w:rsidR="005D3369" w:rsidRDefault="00250777" w:rsidP="00271931">
      <w:pPr>
        <w:pStyle w:val="Heading3"/>
      </w:pPr>
      <w:r>
        <w:t>F1. Project and Financial Contacts</w:t>
      </w:r>
      <w:r w:rsidR="00E905B3">
        <w:t xml:space="preserve"> </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157"/>
        <w:gridCol w:w="2003"/>
        <w:gridCol w:w="2140"/>
        <w:gridCol w:w="1903"/>
        <w:gridCol w:w="2011"/>
      </w:tblGrid>
      <w:tr w:rsidR="00662822" w:rsidRPr="00E77DD8" w14:paraId="41FDA141" w14:textId="77777777" w:rsidTr="00662822">
        <w:trPr>
          <w:tblHeader/>
          <w:jc w:val="center"/>
        </w:trPr>
        <w:tc>
          <w:tcPr>
            <w:tcW w:w="2157" w:type="dxa"/>
            <w:shd w:val="clear" w:color="auto" w:fill="D9EAF7"/>
            <w:tcMar>
              <w:top w:w="80" w:type="dxa"/>
              <w:left w:w="80" w:type="dxa"/>
              <w:bottom w:w="80" w:type="dxa"/>
              <w:right w:w="80" w:type="dxa"/>
            </w:tcMar>
          </w:tcPr>
          <w:p w14:paraId="39462125" w14:textId="77777777" w:rsidR="00662822" w:rsidRPr="00271931" w:rsidRDefault="00662822">
            <w:pPr>
              <w:rPr>
                <w:sz w:val="22"/>
              </w:rPr>
            </w:pPr>
            <w:r w:rsidRPr="00271931">
              <w:rPr>
                <w:b/>
                <w:color w:val="1F4E79"/>
                <w:sz w:val="22"/>
              </w:rPr>
              <w:t>Function</w:t>
            </w:r>
          </w:p>
        </w:tc>
        <w:tc>
          <w:tcPr>
            <w:tcW w:w="2003" w:type="dxa"/>
            <w:shd w:val="clear" w:color="auto" w:fill="D9EAF7"/>
            <w:tcMar>
              <w:top w:w="80" w:type="dxa"/>
              <w:left w:w="80" w:type="dxa"/>
              <w:bottom w:w="80" w:type="dxa"/>
              <w:right w:w="80" w:type="dxa"/>
            </w:tcMar>
          </w:tcPr>
          <w:p w14:paraId="52724881" w14:textId="77777777" w:rsidR="00662822" w:rsidRPr="00271931" w:rsidRDefault="00662822">
            <w:pPr>
              <w:rPr>
                <w:sz w:val="22"/>
              </w:rPr>
            </w:pPr>
            <w:r w:rsidRPr="00271931">
              <w:rPr>
                <w:b/>
                <w:color w:val="1F4E79"/>
                <w:sz w:val="22"/>
              </w:rPr>
              <w:t>Name</w:t>
            </w:r>
          </w:p>
        </w:tc>
        <w:tc>
          <w:tcPr>
            <w:tcW w:w="2140" w:type="dxa"/>
            <w:shd w:val="clear" w:color="auto" w:fill="D9EAF7"/>
            <w:tcMar>
              <w:top w:w="80" w:type="dxa"/>
              <w:left w:w="80" w:type="dxa"/>
              <w:bottom w:w="80" w:type="dxa"/>
              <w:right w:w="80" w:type="dxa"/>
            </w:tcMar>
          </w:tcPr>
          <w:p w14:paraId="05546252" w14:textId="77777777" w:rsidR="00662822" w:rsidRPr="00271931" w:rsidRDefault="00662822">
            <w:pPr>
              <w:rPr>
                <w:sz w:val="22"/>
              </w:rPr>
            </w:pPr>
            <w:r w:rsidRPr="00271931">
              <w:rPr>
                <w:b/>
                <w:color w:val="1F4E79"/>
                <w:sz w:val="22"/>
              </w:rPr>
              <w:t>Title / Organization</w:t>
            </w:r>
          </w:p>
        </w:tc>
        <w:tc>
          <w:tcPr>
            <w:tcW w:w="1903" w:type="dxa"/>
            <w:shd w:val="clear" w:color="auto" w:fill="D9EAF7"/>
          </w:tcPr>
          <w:p w14:paraId="033888B3" w14:textId="73C4866D" w:rsidR="00662822" w:rsidRPr="00271931" w:rsidRDefault="00662822">
            <w:pPr>
              <w:rPr>
                <w:b/>
                <w:color w:val="1F4E79"/>
                <w:sz w:val="22"/>
              </w:rPr>
            </w:pPr>
            <w:r w:rsidRPr="00271931">
              <w:rPr>
                <w:b/>
                <w:color w:val="1F4E79"/>
                <w:sz w:val="22"/>
              </w:rPr>
              <w:t>Email / Phone</w:t>
            </w:r>
          </w:p>
        </w:tc>
        <w:tc>
          <w:tcPr>
            <w:tcW w:w="2011" w:type="dxa"/>
            <w:shd w:val="clear" w:color="auto" w:fill="D9EAF7"/>
            <w:tcMar>
              <w:top w:w="80" w:type="dxa"/>
              <w:left w:w="80" w:type="dxa"/>
              <w:bottom w:w="80" w:type="dxa"/>
              <w:right w:w="80" w:type="dxa"/>
            </w:tcMar>
          </w:tcPr>
          <w:p w14:paraId="114C9505" w14:textId="46AC74A1" w:rsidR="00662822" w:rsidRPr="00271931" w:rsidRDefault="00662822">
            <w:pPr>
              <w:rPr>
                <w:b/>
                <w:bCs/>
                <w:sz w:val="22"/>
              </w:rPr>
            </w:pPr>
            <w:r w:rsidRPr="00271931">
              <w:rPr>
                <w:b/>
                <w:color w:val="1F4E79"/>
                <w:sz w:val="22"/>
              </w:rPr>
              <w:t>Percent time on Project</w:t>
            </w:r>
          </w:p>
        </w:tc>
      </w:tr>
      <w:tr w:rsidR="00662822" w:rsidRPr="00E77DD8" w14:paraId="711D691F" w14:textId="77777777" w:rsidTr="00662822">
        <w:trPr>
          <w:cantSplit/>
          <w:jc w:val="center"/>
        </w:trPr>
        <w:tc>
          <w:tcPr>
            <w:tcW w:w="2157" w:type="dxa"/>
            <w:tcMar>
              <w:top w:w="80" w:type="dxa"/>
              <w:left w:w="80" w:type="dxa"/>
              <w:bottom w:w="80" w:type="dxa"/>
              <w:right w:w="80" w:type="dxa"/>
            </w:tcMar>
          </w:tcPr>
          <w:p w14:paraId="3A201C8C" w14:textId="77777777" w:rsidR="00662822" w:rsidRPr="00271931" w:rsidRDefault="00662822">
            <w:pPr>
              <w:rPr>
                <w:sz w:val="22"/>
              </w:rPr>
            </w:pPr>
            <w:r w:rsidRPr="00271931">
              <w:rPr>
                <w:sz w:val="22"/>
              </w:rPr>
              <w:t>Project lead / oversight</w:t>
            </w:r>
          </w:p>
        </w:tc>
        <w:tc>
          <w:tcPr>
            <w:tcW w:w="2003" w:type="dxa"/>
            <w:tcMar>
              <w:top w:w="80" w:type="dxa"/>
              <w:left w:w="80" w:type="dxa"/>
              <w:bottom w:w="80" w:type="dxa"/>
              <w:right w:w="80" w:type="dxa"/>
            </w:tcMar>
          </w:tcPr>
          <w:p w14:paraId="7CF3E9D8" w14:textId="77777777" w:rsidR="00662822" w:rsidRPr="00271931" w:rsidRDefault="00662822">
            <w:pPr>
              <w:rPr>
                <w:sz w:val="22"/>
              </w:rPr>
            </w:pPr>
          </w:p>
        </w:tc>
        <w:tc>
          <w:tcPr>
            <w:tcW w:w="2140" w:type="dxa"/>
            <w:tcMar>
              <w:top w:w="80" w:type="dxa"/>
              <w:left w:w="80" w:type="dxa"/>
              <w:bottom w:w="80" w:type="dxa"/>
              <w:right w:w="80" w:type="dxa"/>
            </w:tcMar>
          </w:tcPr>
          <w:p w14:paraId="345EEC25" w14:textId="77777777" w:rsidR="00662822" w:rsidRPr="00271931" w:rsidRDefault="00662822">
            <w:pPr>
              <w:rPr>
                <w:sz w:val="22"/>
              </w:rPr>
            </w:pPr>
          </w:p>
        </w:tc>
        <w:tc>
          <w:tcPr>
            <w:tcW w:w="1903" w:type="dxa"/>
          </w:tcPr>
          <w:p w14:paraId="26EF4DC4" w14:textId="77777777" w:rsidR="00662822" w:rsidRPr="00271931" w:rsidRDefault="00662822">
            <w:pPr>
              <w:rPr>
                <w:sz w:val="22"/>
              </w:rPr>
            </w:pPr>
          </w:p>
        </w:tc>
        <w:tc>
          <w:tcPr>
            <w:tcW w:w="2011" w:type="dxa"/>
            <w:tcMar>
              <w:top w:w="80" w:type="dxa"/>
              <w:left w:w="80" w:type="dxa"/>
              <w:bottom w:w="80" w:type="dxa"/>
              <w:right w:w="80" w:type="dxa"/>
            </w:tcMar>
          </w:tcPr>
          <w:p w14:paraId="389617D7" w14:textId="6025D87E" w:rsidR="00662822" w:rsidRPr="00271931" w:rsidRDefault="00662822">
            <w:pPr>
              <w:rPr>
                <w:sz w:val="22"/>
              </w:rPr>
            </w:pPr>
          </w:p>
        </w:tc>
      </w:tr>
      <w:tr w:rsidR="00F74D86" w:rsidRPr="00E77DD8" w14:paraId="065F0A35" w14:textId="77777777" w:rsidTr="00662822">
        <w:trPr>
          <w:cantSplit/>
          <w:jc w:val="center"/>
        </w:trPr>
        <w:tc>
          <w:tcPr>
            <w:tcW w:w="2157" w:type="dxa"/>
            <w:tcMar>
              <w:top w:w="80" w:type="dxa"/>
              <w:left w:w="80" w:type="dxa"/>
              <w:bottom w:w="80" w:type="dxa"/>
              <w:right w:w="80" w:type="dxa"/>
            </w:tcMar>
          </w:tcPr>
          <w:p w14:paraId="32CB509F" w14:textId="0676B9AF" w:rsidR="00F74D86" w:rsidRPr="00271931" w:rsidRDefault="00F74D86">
            <w:pPr>
              <w:rPr>
                <w:sz w:val="22"/>
              </w:rPr>
            </w:pPr>
            <w:r w:rsidRPr="00271931">
              <w:rPr>
                <w:sz w:val="22"/>
              </w:rPr>
              <w:t>Project coordinator / implementer</w:t>
            </w:r>
          </w:p>
        </w:tc>
        <w:tc>
          <w:tcPr>
            <w:tcW w:w="2003" w:type="dxa"/>
            <w:tcMar>
              <w:top w:w="80" w:type="dxa"/>
              <w:left w:w="80" w:type="dxa"/>
              <w:bottom w:w="80" w:type="dxa"/>
              <w:right w:w="80" w:type="dxa"/>
            </w:tcMar>
          </w:tcPr>
          <w:p w14:paraId="3CE0A76C" w14:textId="77777777" w:rsidR="00F74D86" w:rsidRPr="00271931" w:rsidRDefault="00F74D86">
            <w:pPr>
              <w:rPr>
                <w:sz w:val="22"/>
              </w:rPr>
            </w:pPr>
          </w:p>
        </w:tc>
        <w:tc>
          <w:tcPr>
            <w:tcW w:w="2140" w:type="dxa"/>
            <w:tcMar>
              <w:top w:w="80" w:type="dxa"/>
              <w:left w:w="80" w:type="dxa"/>
              <w:bottom w:w="80" w:type="dxa"/>
              <w:right w:w="80" w:type="dxa"/>
            </w:tcMar>
          </w:tcPr>
          <w:p w14:paraId="1183B4E7" w14:textId="77777777" w:rsidR="00F74D86" w:rsidRPr="00271931" w:rsidRDefault="00F74D86">
            <w:pPr>
              <w:rPr>
                <w:sz w:val="22"/>
              </w:rPr>
            </w:pPr>
          </w:p>
        </w:tc>
        <w:tc>
          <w:tcPr>
            <w:tcW w:w="1903" w:type="dxa"/>
          </w:tcPr>
          <w:p w14:paraId="04BFAD28" w14:textId="77777777" w:rsidR="00F74D86" w:rsidRPr="00271931" w:rsidRDefault="00F74D86">
            <w:pPr>
              <w:rPr>
                <w:sz w:val="22"/>
              </w:rPr>
            </w:pPr>
          </w:p>
        </w:tc>
        <w:tc>
          <w:tcPr>
            <w:tcW w:w="2011" w:type="dxa"/>
            <w:tcMar>
              <w:top w:w="80" w:type="dxa"/>
              <w:left w:w="80" w:type="dxa"/>
              <w:bottom w:w="80" w:type="dxa"/>
              <w:right w:w="80" w:type="dxa"/>
            </w:tcMar>
          </w:tcPr>
          <w:p w14:paraId="48628397" w14:textId="77777777" w:rsidR="00F74D86" w:rsidRPr="00271931" w:rsidRDefault="00F74D86">
            <w:pPr>
              <w:rPr>
                <w:sz w:val="22"/>
              </w:rPr>
            </w:pPr>
          </w:p>
        </w:tc>
      </w:tr>
      <w:tr w:rsidR="00662822" w:rsidRPr="00E77DD8" w14:paraId="47048505" w14:textId="77777777" w:rsidTr="00662822">
        <w:trPr>
          <w:cantSplit/>
          <w:jc w:val="center"/>
        </w:trPr>
        <w:tc>
          <w:tcPr>
            <w:tcW w:w="2157" w:type="dxa"/>
            <w:tcMar>
              <w:top w:w="80" w:type="dxa"/>
              <w:left w:w="80" w:type="dxa"/>
              <w:bottom w:w="80" w:type="dxa"/>
              <w:right w:w="80" w:type="dxa"/>
            </w:tcMar>
          </w:tcPr>
          <w:p w14:paraId="1056B82F" w14:textId="77777777" w:rsidR="00662822" w:rsidRPr="00271931" w:rsidRDefault="00662822">
            <w:pPr>
              <w:rPr>
                <w:sz w:val="22"/>
              </w:rPr>
            </w:pPr>
            <w:r w:rsidRPr="00271931">
              <w:rPr>
                <w:sz w:val="22"/>
              </w:rPr>
              <w:t>Financial management / invoicing</w:t>
            </w:r>
          </w:p>
        </w:tc>
        <w:tc>
          <w:tcPr>
            <w:tcW w:w="2003" w:type="dxa"/>
            <w:tcMar>
              <w:top w:w="80" w:type="dxa"/>
              <w:left w:w="80" w:type="dxa"/>
              <w:bottom w:w="80" w:type="dxa"/>
              <w:right w:w="80" w:type="dxa"/>
            </w:tcMar>
          </w:tcPr>
          <w:p w14:paraId="69E4A888" w14:textId="77777777" w:rsidR="00662822" w:rsidRPr="00271931" w:rsidRDefault="00662822">
            <w:pPr>
              <w:rPr>
                <w:sz w:val="22"/>
              </w:rPr>
            </w:pPr>
          </w:p>
        </w:tc>
        <w:tc>
          <w:tcPr>
            <w:tcW w:w="2140" w:type="dxa"/>
            <w:tcMar>
              <w:top w:w="80" w:type="dxa"/>
              <w:left w:w="80" w:type="dxa"/>
              <w:bottom w:w="80" w:type="dxa"/>
              <w:right w:w="80" w:type="dxa"/>
            </w:tcMar>
          </w:tcPr>
          <w:p w14:paraId="042251DC" w14:textId="77777777" w:rsidR="00662822" w:rsidRPr="00271931" w:rsidRDefault="00662822">
            <w:pPr>
              <w:rPr>
                <w:sz w:val="22"/>
              </w:rPr>
            </w:pPr>
          </w:p>
        </w:tc>
        <w:tc>
          <w:tcPr>
            <w:tcW w:w="1903" w:type="dxa"/>
          </w:tcPr>
          <w:p w14:paraId="2AC738A8" w14:textId="77777777" w:rsidR="00662822" w:rsidRPr="00271931" w:rsidRDefault="00662822">
            <w:pPr>
              <w:rPr>
                <w:sz w:val="22"/>
              </w:rPr>
            </w:pPr>
          </w:p>
        </w:tc>
        <w:tc>
          <w:tcPr>
            <w:tcW w:w="2011" w:type="dxa"/>
            <w:tcMar>
              <w:top w:w="80" w:type="dxa"/>
              <w:left w:w="80" w:type="dxa"/>
              <w:bottom w:w="80" w:type="dxa"/>
              <w:right w:w="80" w:type="dxa"/>
            </w:tcMar>
          </w:tcPr>
          <w:p w14:paraId="33AB2057" w14:textId="5E9C3C6E" w:rsidR="00662822" w:rsidRPr="00271931" w:rsidRDefault="00662822">
            <w:pPr>
              <w:rPr>
                <w:sz w:val="22"/>
              </w:rPr>
            </w:pPr>
          </w:p>
        </w:tc>
      </w:tr>
    </w:tbl>
    <w:p w14:paraId="4C7ECFA1" w14:textId="77777777" w:rsidR="0053756F" w:rsidRDefault="0053756F" w:rsidP="00BF5ECF"/>
    <w:p w14:paraId="1785B8F8" w14:textId="77777777" w:rsidR="0053756F" w:rsidRDefault="0053756F" w:rsidP="00BF5ECF"/>
    <w:p w14:paraId="136FDB60" w14:textId="37F044A1" w:rsidR="005D3369" w:rsidRDefault="00250777" w:rsidP="00271931">
      <w:pPr>
        <w:pStyle w:val="Heading3"/>
      </w:pPr>
      <w:r>
        <w:lastRenderedPageBreak/>
        <w:t xml:space="preserve">F2. </w:t>
      </w:r>
      <w:r w:rsidR="00F52D68">
        <w:t>Implementation Capacity</w:t>
      </w:r>
    </w:p>
    <w:p w14:paraId="07E0B8C5" w14:textId="3F0ED267" w:rsidR="00633DD7" w:rsidRPr="00271931" w:rsidRDefault="00633DD7" w:rsidP="00271931">
      <w:pPr>
        <w:pStyle w:val="CharacterLimit"/>
        <w:rPr>
          <w:sz w:val="22"/>
        </w:rPr>
      </w:pPr>
      <w:r w:rsidRPr="00271931">
        <w:rPr>
          <w:b/>
          <w:bCs/>
          <w:color w:val="auto"/>
          <w:sz w:val="22"/>
        </w:rPr>
        <w:t>Who will be responsible for carrying out the project, and how will the applicant ensure enough staff or contractor capacity is available</w:t>
      </w:r>
      <w:r w:rsidR="00A15D34" w:rsidRPr="00271931">
        <w:rPr>
          <w:b/>
          <w:bCs/>
          <w:color w:val="auto"/>
          <w:sz w:val="22"/>
        </w:rPr>
        <w:t xml:space="preserve"> to implement the proposed strategies and work plan</w:t>
      </w:r>
      <w:r w:rsidRPr="00271931">
        <w:rPr>
          <w:b/>
          <w:bCs/>
          <w:color w:val="auto"/>
          <w:sz w:val="22"/>
        </w:rPr>
        <w:t>?</w:t>
      </w:r>
      <w:r w:rsidR="00E77DD8">
        <w:rPr>
          <w:b/>
          <w:bCs/>
          <w:sz w:val="22"/>
        </w:rPr>
        <w:t xml:space="preserve"> </w:t>
      </w:r>
      <w:r w:rsidR="00E77DD8" w:rsidRPr="006D6BE0">
        <w:rPr>
          <w:color w:val="auto"/>
          <w:sz w:val="22"/>
        </w:rPr>
        <w:t>[Maximum 1,250 characters]</w:t>
      </w:r>
    </w:p>
    <w:p w14:paraId="2FBA41F5" w14:textId="0015CBD4" w:rsidR="00414527" w:rsidRPr="00271931" w:rsidRDefault="00414527" w:rsidP="00633DD7">
      <w:pPr>
        <w:pStyle w:val="CharacterLimit"/>
        <w:rPr>
          <w:i w:val="0"/>
          <w:color w:val="auto"/>
          <w:sz w:val="22"/>
        </w:rPr>
      </w:pPr>
      <w:r w:rsidRPr="00271931">
        <w:rPr>
          <w:i w:val="0"/>
          <w:color w:val="auto"/>
          <w:sz w:val="22"/>
        </w:rPr>
        <w:t xml:space="preserve">Identify the </w:t>
      </w:r>
      <w:r w:rsidR="00BC198A" w:rsidRPr="00271931">
        <w:rPr>
          <w:i w:val="0"/>
          <w:color w:val="auto"/>
          <w:sz w:val="22"/>
        </w:rPr>
        <w:t xml:space="preserve">responsible </w:t>
      </w:r>
      <w:r w:rsidRPr="00271931">
        <w:rPr>
          <w:i w:val="0"/>
          <w:color w:val="auto"/>
          <w:sz w:val="22"/>
        </w:rPr>
        <w:t xml:space="preserve">staff, </w:t>
      </w:r>
      <w:r w:rsidR="00BC198A" w:rsidRPr="00271931">
        <w:rPr>
          <w:i w:val="0"/>
          <w:color w:val="auto"/>
          <w:sz w:val="22"/>
        </w:rPr>
        <w:t xml:space="preserve">any </w:t>
      </w:r>
      <w:r w:rsidRPr="00271931">
        <w:rPr>
          <w:i w:val="0"/>
          <w:color w:val="auto"/>
          <w:sz w:val="22"/>
        </w:rPr>
        <w:t xml:space="preserve">positions </w:t>
      </w:r>
      <w:r w:rsidR="00BC198A" w:rsidRPr="00271931">
        <w:rPr>
          <w:i w:val="0"/>
          <w:color w:val="auto"/>
          <w:sz w:val="22"/>
        </w:rPr>
        <w:t xml:space="preserve">or contractors </w:t>
      </w:r>
      <w:r w:rsidRPr="00271931">
        <w:rPr>
          <w:i w:val="0"/>
          <w:color w:val="auto"/>
          <w:sz w:val="22"/>
        </w:rPr>
        <w:t xml:space="preserve">to be hired, or partners that will have substantial responsibility for carrying out the project. Briefly describe their anticipated </w:t>
      </w:r>
      <w:r w:rsidR="00BC198A" w:rsidRPr="00271931">
        <w:rPr>
          <w:i w:val="0"/>
          <w:color w:val="auto"/>
          <w:sz w:val="22"/>
        </w:rPr>
        <w:t xml:space="preserve">roles and </w:t>
      </w:r>
      <w:r w:rsidRPr="00271931">
        <w:rPr>
          <w:i w:val="0"/>
          <w:color w:val="auto"/>
          <w:sz w:val="22"/>
        </w:rPr>
        <w:t>responsibilities and explain how the applicant will ensure sufficient capacity is available.</w:t>
      </w:r>
    </w:p>
    <w:p w14:paraId="616848DC" w14:textId="77777777" w:rsidR="00E76E3B" w:rsidRPr="00414527" w:rsidRDefault="00E76E3B" w:rsidP="00E76E3B">
      <w:pPr>
        <w:pStyle w:val="CharacterLimit"/>
        <w:rPr>
          <w:b/>
          <w:bCs/>
          <w:i w:val="0"/>
          <w:iCs/>
          <w:color w:val="auto"/>
          <w:sz w:val="22"/>
        </w:rPr>
      </w:pPr>
      <w:r w:rsidRPr="00414527">
        <w:rPr>
          <w:b/>
          <w:bCs/>
          <w:i w:val="0"/>
          <w:iCs/>
          <w:color w:val="auto"/>
          <w:sz w:val="22"/>
        </w:rPr>
        <w:t>Resumes for responsible project staff*</w:t>
      </w:r>
    </w:p>
    <w:p w14:paraId="78A718B9" w14:textId="32BD0DA2" w:rsidR="00AC5C05" w:rsidRPr="003B6694" w:rsidRDefault="0046002B" w:rsidP="00E76E3B">
      <w:pPr>
        <w:pStyle w:val="CharacterLimit"/>
        <w:rPr>
          <w:sz w:val="22"/>
        </w:rPr>
      </w:pPr>
      <w:r w:rsidRPr="003B6694">
        <w:rPr>
          <w:i w:val="0"/>
          <w:color w:val="000000" w:themeColor="text1"/>
          <w:sz w:val="22"/>
        </w:rPr>
        <w:t>Attach</w:t>
      </w:r>
      <w:r w:rsidR="00E76E3B" w:rsidRPr="003B6694">
        <w:rPr>
          <w:i w:val="0"/>
          <w:color w:val="000000" w:themeColor="text1"/>
          <w:sz w:val="22"/>
        </w:rPr>
        <w:t xml:space="preserve"> current resume</w:t>
      </w:r>
      <w:r w:rsidRPr="003B6694">
        <w:rPr>
          <w:i w:val="0"/>
          <w:color w:val="000000" w:themeColor="text1"/>
          <w:sz w:val="22"/>
        </w:rPr>
        <w:t>s</w:t>
      </w:r>
      <w:r w:rsidR="00E76E3B" w:rsidRPr="003B6694">
        <w:rPr>
          <w:i w:val="0"/>
          <w:color w:val="000000" w:themeColor="text1"/>
          <w:sz w:val="22"/>
        </w:rPr>
        <w:t xml:space="preserve"> for </w:t>
      </w:r>
      <w:r w:rsidR="3ED7A86D" w:rsidRPr="003B6694">
        <w:rPr>
          <w:i w:val="0"/>
          <w:color w:val="000000" w:themeColor="text1"/>
          <w:sz w:val="22"/>
        </w:rPr>
        <w:t>the project lead and other key staff whose qualifications are relevant to demonstrating the applicant's ability to carry out the proposed project.</w:t>
      </w:r>
    </w:p>
    <w:p w14:paraId="393F7CD6" w14:textId="2591E737" w:rsidR="00AC5C05" w:rsidRPr="003B6694" w:rsidRDefault="00E76E3B" w:rsidP="00AC5C05">
      <w:pPr>
        <w:pStyle w:val="CharacterLimit"/>
        <w:numPr>
          <w:ilvl w:val="0"/>
          <w:numId w:val="24"/>
        </w:numPr>
        <w:rPr>
          <w:i w:val="0"/>
          <w:color w:val="000000" w:themeColor="text1"/>
          <w:sz w:val="22"/>
        </w:rPr>
      </w:pPr>
      <w:r w:rsidRPr="003B6694">
        <w:rPr>
          <w:i w:val="0"/>
          <w:color w:val="000000" w:themeColor="text1"/>
          <w:sz w:val="22"/>
        </w:rPr>
        <w:t xml:space="preserve">Combine multiple resumes into one </w:t>
      </w:r>
      <w:r w:rsidR="0046002B" w:rsidRPr="003B6694">
        <w:rPr>
          <w:i w:val="0"/>
          <w:color w:val="000000" w:themeColor="text1"/>
          <w:sz w:val="22"/>
        </w:rPr>
        <w:t xml:space="preserve">PDF or DOCX </w:t>
      </w:r>
      <w:r w:rsidRPr="003B6694">
        <w:rPr>
          <w:i w:val="0"/>
          <w:color w:val="000000" w:themeColor="text1"/>
          <w:sz w:val="22"/>
        </w:rPr>
        <w:t xml:space="preserve">file when possible. </w:t>
      </w:r>
    </w:p>
    <w:p w14:paraId="50139F6B" w14:textId="19C0C3BD" w:rsidR="00AC5C05" w:rsidRPr="003B6694" w:rsidRDefault="00E76E3B" w:rsidP="00AC5C05">
      <w:pPr>
        <w:pStyle w:val="CharacterLimit"/>
        <w:numPr>
          <w:ilvl w:val="0"/>
          <w:numId w:val="24"/>
        </w:numPr>
        <w:rPr>
          <w:i w:val="0"/>
          <w:color w:val="000000" w:themeColor="text1"/>
          <w:sz w:val="22"/>
        </w:rPr>
      </w:pPr>
      <w:r w:rsidRPr="003B6694">
        <w:rPr>
          <w:i w:val="0"/>
          <w:color w:val="000000" w:themeColor="text1"/>
          <w:sz w:val="22"/>
        </w:rPr>
        <w:t xml:space="preserve">For a position that has not yet been filled, </w:t>
      </w:r>
      <w:r w:rsidR="0046002B" w:rsidRPr="003B6694">
        <w:rPr>
          <w:i w:val="0"/>
          <w:color w:val="000000" w:themeColor="text1"/>
          <w:sz w:val="22"/>
        </w:rPr>
        <w:t>include</w:t>
      </w:r>
      <w:r w:rsidRPr="003B6694">
        <w:rPr>
          <w:i w:val="0"/>
          <w:color w:val="000000" w:themeColor="text1"/>
          <w:sz w:val="22"/>
        </w:rPr>
        <w:t xml:space="preserve"> the proposed position description instead. </w:t>
      </w:r>
    </w:p>
    <w:p w14:paraId="78C016D4" w14:textId="1321F2DE" w:rsidR="00E76E3B" w:rsidRPr="003B6694" w:rsidRDefault="00E76E3B" w:rsidP="00AC5C05">
      <w:pPr>
        <w:pStyle w:val="CharacterLimit"/>
        <w:numPr>
          <w:ilvl w:val="0"/>
          <w:numId w:val="24"/>
        </w:numPr>
        <w:rPr>
          <w:i w:val="0"/>
          <w:color w:val="000000" w:themeColor="text1"/>
          <w:sz w:val="22"/>
        </w:rPr>
      </w:pPr>
      <w:r w:rsidRPr="003B6694">
        <w:rPr>
          <w:i w:val="0"/>
          <w:color w:val="000000" w:themeColor="text1"/>
          <w:sz w:val="22"/>
        </w:rPr>
        <w:t xml:space="preserve">For a contractor that has not yet been selected, </w:t>
      </w:r>
      <w:r w:rsidR="0046002B" w:rsidRPr="003B6694">
        <w:rPr>
          <w:i w:val="0"/>
          <w:color w:val="000000" w:themeColor="text1"/>
          <w:sz w:val="22"/>
        </w:rPr>
        <w:t>include</w:t>
      </w:r>
      <w:r w:rsidRPr="003B6694">
        <w:rPr>
          <w:i w:val="0"/>
          <w:color w:val="000000" w:themeColor="text1"/>
          <w:sz w:val="22"/>
        </w:rPr>
        <w:t xml:space="preserve"> a brief description of the services and qualifications that will be sought.</w:t>
      </w:r>
    </w:p>
    <w:p w14:paraId="5D8689E1" w14:textId="77777777" w:rsidR="00DF4837" w:rsidRPr="00607310" w:rsidRDefault="00D54733" w:rsidP="00271931">
      <w:pPr>
        <w:pStyle w:val="Heading3"/>
      </w:pPr>
      <w:r w:rsidRPr="00607310">
        <w:t xml:space="preserve">F3. </w:t>
      </w:r>
      <w:r w:rsidR="00DF4837" w:rsidRPr="00607310">
        <w:t xml:space="preserve">Getting Started </w:t>
      </w:r>
    </w:p>
    <w:p w14:paraId="1A5B9345" w14:textId="034A34D3" w:rsidR="00DF4837" w:rsidRPr="00271931" w:rsidRDefault="00DF4837" w:rsidP="00271931">
      <w:pPr>
        <w:pStyle w:val="CharacterLimit"/>
        <w:rPr>
          <w:b/>
          <w:color w:val="auto"/>
          <w:sz w:val="22"/>
        </w:rPr>
      </w:pPr>
      <w:r w:rsidRPr="00271931">
        <w:rPr>
          <w:b/>
          <w:i w:val="0"/>
          <w:color w:val="auto"/>
          <w:sz w:val="22"/>
        </w:rPr>
        <w:t>What major steps, if any, will be needed to begin the project?</w:t>
      </w:r>
      <w:r w:rsidR="00E52E09">
        <w:rPr>
          <w:b/>
          <w:i w:val="0"/>
          <w:color w:val="auto"/>
          <w:sz w:val="22"/>
        </w:rPr>
        <w:t xml:space="preserve"> </w:t>
      </w:r>
      <w:r w:rsidR="00E52E09" w:rsidRPr="006D6BE0">
        <w:rPr>
          <w:color w:val="auto"/>
          <w:sz w:val="22"/>
        </w:rPr>
        <w:t>[Maximum 1,000 characters]</w:t>
      </w:r>
    </w:p>
    <w:p w14:paraId="462D792F" w14:textId="3E8B3603" w:rsidR="00DF4837" w:rsidRPr="00271931" w:rsidRDefault="00DF4837" w:rsidP="00271931">
      <w:pPr>
        <w:pStyle w:val="CharacterLimit"/>
        <w:rPr>
          <w:b/>
          <w:bCs/>
          <w:color w:val="auto"/>
          <w:sz w:val="22"/>
        </w:rPr>
      </w:pPr>
      <w:r w:rsidRPr="00271931">
        <w:rPr>
          <w:bCs/>
          <w:i w:val="0"/>
          <w:color w:val="auto"/>
          <w:sz w:val="22"/>
        </w:rPr>
        <w:t>Examples may include hiring, contracting, procurement, agreements, or internal approvals. Briefly explain how these steps will be completed</w:t>
      </w:r>
      <w:r w:rsidR="00136FDE" w:rsidRPr="00271931">
        <w:rPr>
          <w:bCs/>
          <w:i w:val="0"/>
          <w:color w:val="auto"/>
          <w:sz w:val="22"/>
        </w:rPr>
        <w:t xml:space="preserve"> and any challenges you anticipate in implementing your proposal.</w:t>
      </w:r>
    </w:p>
    <w:p w14:paraId="26F0DA95" w14:textId="4CD4E680" w:rsidR="005D3369" w:rsidRDefault="00250777" w:rsidP="00271931">
      <w:pPr>
        <w:pStyle w:val="Heading2"/>
      </w:pPr>
      <w:r>
        <w:t>Part G. Comprehensive Access and Priority Populations (1</w:t>
      </w:r>
      <w:r w:rsidR="00172834">
        <w:t>5</w:t>
      </w:r>
      <w:r>
        <w:t xml:space="preserve"> points)</w:t>
      </w:r>
    </w:p>
    <w:p w14:paraId="35285325" w14:textId="77777777" w:rsidR="005D3369" w:rsidRDefault="00250777" w:rsidP="00271931">
      <w:pPr>
        <w:pStyle w:val="Heading3"/>
      </w:pPr>
      <w:r>
        <w:t>G1. Priority Populations and Barriers</w:t>
      </w:r>
    </w:p>
    <w:p w14:paraId="17CC04D4" w14:textId="0D0B0220" w:rsidR="005D3369" w:rsidRPr="00271931" w:rsidRDefault="00250777" w:rsidP="00271931">
      <w:pPr>
        <w:pStyle w:val="CharacterLimit"/>
        <w:rPr>
          <w:sz w:val="22"/>
        </w:rPr>
      </w:pPr>
      <w:r w:rsidRPr="00271931">
        <w:rPr>
          <w:b/>
          <w:color w:val="auto"/>
          <w:sz w:val="22"/>
        </w:rPr>
        <w:t>Are there students or populations within the schools or communities served by this project that experience greater barriers to safely walking, bicycling, or rolling?*</w:t>
      </w:r>
      <w:r w:rsidR="00E52E09">
        <w:rPr>
          <w:b/>
          <w:sz w:val="22"/>
        </w:rPr>
        <w:t xml:space="preserve"> </w:t>
      </w:r>
      <w:r w:rsidR="00E52E09" w:rsidRPr="006D6BE0">
        <w:rPr>
          <w:color w:val="auto"/>
          <w:sz w:val="22"/>
        </w:rPr>
        <w:t>[Maximum 1,500 characters]</w:t>
      </w:r>
    </w:p>
    <w:p w14:paraId="08E1F3EA" w14:textId="784415A2" w:rsidR="005D3369" w:rsidRPr="00271931" w:rsidRDefault="00E553DA">
      <w:pPr>
        <w:pStyle w:val="Instruction"/>
        <w:rPr>
          <w:color w:val="auto"/>
          <w:sz w:val="22"/>
        </w:rPr>
      </w:pPr>
      <w:r w:rsidRPr="00271931">
        <w:rPr>
          <w:color w:val="auto"/>
          <w:sz w:val="22"/>
        </w:rPr>
        <w:t>Please d</w:t>
      </w:r>
      <w:r w:rsidR="00250777" w:rsidRPr="00271931">
        <w:rPr>
          <w:color w:val="auto"/>
          <w:sz w:val="22"/>
        </w:rPr>
        <w:t>escribe</w:t>
      </w:r>
      <w:r w:rsidRPr="00271931">
        <w:rPr>
          <w:color w:val="auto"/>
          <w:sz w:val="22"/>
        </w:rPr>
        <w:t xml:space="preserve"> who experiences these barriers, what barriers they experience, and how you identified those barriers. </w:t>
      </w:r>
    </w:p>
    <w:p w14:paraId="17033A6B" w14:textId="77777777" w:rsidR="00497E95" w:rsidRPr="00271931" w:rsidRDefault="00C825A5">
      <w:pPr>
        <w:pStyle w:val="Instruction"/>
        <w:rPr>
          <w:color w:val="auto"/>
          <w:sz w:val="22"/>
        </w:rPr>
      </w:pPr>
      <w:r w:rsidRPr="00271931">
        <w:rPr>
          <w:color w:val="auto"/>
          <w:sz w:val="22"/>
        </w:rPr>
        <w:t>Applicants may consider information such as:</w:t>
      </w:r>
    </w:p>
    <w:p w14:paraId="3D8C496D" w14:textId="77777777" w:rsidR="00AB7DAF" w:rsidRPr="00271931" w:rsidRDefault="00250777" w:rsidP="00AB7DAF">
      <w:pPr>
        <w:pStyle w:val="CompactBullet"/>
        <w:numPr>
          <w:ilvl w:val="0"/>
          <w:numId w:val="21"/>
        </w:numPr>
        <w:rPr>
          <w:sz w:val="22"/>
        </w:rPr>
      </w:pPr>
      <w:r w:rsidRPr="00271931">
        <w:rPr>
          <w:sz w:val="22"/>
        </w:rPr>
        <w:t>Prior engagement or evaluation specific to priority populations</w:t>
      </w:r>
    </w:p>
    <w:p w14:paraId="280D34FB" w14:textId="1D7F77B9" w:rsidR="005D3369" w:rsidRPr="00271931" w:rsidRDefault="00250777" w:rsidP="00AB7DAF">
      <w:pPr>
        <w:pStyle w:val="CompactBullet"/>
        <w:numPr>
          <w:ilvl w:val="0"/>
          <w:numId w:val="21"/>
        </w:numPr>
        <w:rPr>
          <w:sz w:val="22"/>
        </w:rPr>
      </w:pPr>
      <w:hyperlink r:id="rId14" w:history="1">
        <w:r w:rsidRPr="00271931">
          <w:rPr>
            <w:rStyle w:val="Hyperlink"/>
            <w:color w:val="auto"/>
            <w:sz w:val="22"/>
          </w:rPr>
          <w:t xml:space="preserve">Economically Disadvantaged Student </w:t>
        </w:r>
        <w:r w:rsidR="00F035D9" w:rsidRPr="00271931">
          <w:rPr>
            <w:rStyle w:val="Hyperlink"/>
            <w:color w:val="auto"/>
            <w:sz w:val="22"/>
          </w:rPr>
          <w:t xml:space="preserve">&amp; National School Lunch Program </w:t>
        </w:r>
        <w:r w:rsidRPr="00271931">
          <w:rPr>
            <w:rStyle w:val="Hyperlink"/>
            <w:color w:val="auto"/>
            <w:sz w:val="22"/>
          </w:rPr>
          <w:t>data</w:t>
        </w:r>
      </w:hyperlink>
    </w:p>
    <w:p w14:paraId="75E05D18" w14:textId="77777777" w:rsidR="005D3369" w:rsidRPr="00271931" w:rsidRDefault="00250777" w:rsidP="009A680F">
      <w:pPr>
        <w:pStyle w:val="CompactBullet"/>
        <w:numPr>
          <w:ilvl w:val="0"/>
          <w:numId w:val="21"/>
        </w:numPr>
        <w:rPr>
          <w:sz w:val="22"/>
        </w:rPr>
      </w:pPr>
      <w:r w:rsidRPr="00271931">
        <w:rPr>
          <w:sz w:val="22"/>
        </w:rPr>
        <w:t>Disability or mobility needs</w:t>
      </w:r>
    </w:p>
    <w:p w14:paraId="3B604D64" w14:textId="77777777" w:rsidR="005D3369" w:rsidRPr="00271931" w:rsidRDefault="00250777" w:rsidP="009A680F">
      <w:pPr>
        <w:pStyle w:val="CompactBullet"/>
        <w:numPr>
          <w:ilvl w:val="0"/>
          <w:numId w:val="21"/>
        </w:numPr>
        <w:rPr>
          <w:sz w:val="22"/>
        </w:rPr>
      </w:pPr>
      <w:r w:rsidRPr="00271931">
        <w:rPr>
          <w:sz w:val="22"/>
        </w:rPr>
        <w:t>Limited access to transportation</w:t>
      </w:r>
    </w:p>
    <w:p w14:paraId="7885CFEA" w14:textId="77777777" w:rsidR="005D3369" w:rsidRPr="00271931" w:rsidRDefault="00250777" w:rsidP="009A680F">
      <w:pPr>
        <w:pStyle w:val="CompactBullet"/>
        <w:numPr>
          <w:ilvl w:val="0"/>
          <w:numId w:val="21"/>
        </w:numPr>
        <w:rPr>
          <w:sz w:val="22"/>
        </w:rPr>
      </w:pPr>
      <w:r w:rsidRPr="00271931">
        <w:rPr>
          <w:sz w:val="22"/>
        </w:rPr>
        <w:t>Geographic isolation</w:t>
      </w:r>
    </w:p>
    <w:p w14:paraId="77AC178A" w14:textId="77777777" w:rsidR="005D3369" w:rsidRDefault="00250777" w:rsidP="009A680F">
      <w:pPr>
        <w:pStyle w:val="CompactBullet"/>
        <w:numPr>
          <w:ilvl w:val="0"/>
          <w:numId w:val="21"/>
        </w:numPr>
        <w:rPr>
          <w:sz w:val="22"/>
        </w:rPr>
      </w:pPr>
      <w:r w:rsidRPr="00271931">
        <w:rPr>
          <w:sz w:val="22"/>
        </w:rPr>
        <w:t>Other locally identified conditions</w:t>
      </w:r>
    </w:p>
    <w:p w14:paraId="370F5925" w14:textId="77777777" w:rsidR="00342FF1" w:rsidRPr="00271931" w:rsidRDefault="00342FF1" w:rsidP="00342FF1">
      <w:pPr>
        <w:pStyle w:val="CompactBullet"/>
        <w:rPr>
          <w:sz w:val="22"/>
        </w:rPr>
      </w:pPr>
    </w:p>
    <w:p w14:paraId="211527A5" w14:textId="77777777" w:rsidR="005D3369" w:rsidRDefault="00250777" w:rsidP="00271931">
      <w:pPr>
        <w:pStyle w:val="Heading3"/>
      </w:pPr>
      <w:r>
        <w:t>G2. Reaching Priority Populations</w:t>
      </w:r>
    </w:p>
    <w:p w14:paraId="439EB09E" w14:textId="2B72B620" w:rsidR="005D3369" w:rsidRPr="00271931" w:rsidRDefault="00250777" w:rsidP="00271931">
      <w:pPr>
        <w:pStyle w:val="CharacterLimit"/>
        <w:rPr>
          <w:sz w:val="22"/>
        </w:rPr>
      </w:pPr>
      <w:r w:rsidRPr="00271931">
        <w:rPr>
          <w:b/>
          <w:color w:val="auto"/>
          <w:sz w:val="22"/>
        </w:rPr>
        <w:t xml:space="preserve">How will the proposed project and strategies intentionally reach and </w:t>
      </w:r>
      <w:r w:rsidR="00CF0F5F" w:rsidRPr="00271931">
        <w:rPr>
          <w:b/>
          <w:color w:val="auto"/>
          <w:sz w:val="22"/>
        </w:rPr>
        <w:t xml:space="preserve">address barriers for </w:t>
      </w:r>
      <w:r w:rsidRPr="00271931">
        <w:rPr>
          <w:b/>
          <w:color w:val="auto"/>
          <w:sz w:val="22"/>
        </w:rPr>
        <w:t>the priority population</w:t>
      </w:r>
      <w:r w:rsidR="00E1696E" w:rsidRPr="00271931">
        <w:rPr>
          <w:b/>
          <w:color w:val="auto"/>
          <w:sz w:val="22"/>
        </w:rPr>
        <w:t>(</w:t>
      </w:r>
      <w:r w:rsidRPr="00271931">
        <w:rPr>
          <w:b/>
          <w:color w:val="auto"/>
          <w:sz w:val="22"/>
        </w:rPr>
        <w:t>s</w:t>
      </w:r>
      <w:r w:rsidR="00E1696E" w:rsidRPr="00271931">
        <w:rPr>
          <w:b/>
          <w:color w:val="auto"/>
          <w:sz w:val="22"/>
        </w:rPr>
        <w:t>)</w:t>
      </w:r>
      <w:r w:rsidRPr="00271931">
        <w:rPr>
          <w:b/>
          <w:color w:val="auto"/>
          <w:sz w:val="22"/>
        </w:rPr>
        <w:t xml:space="preserve"> identified above?*</w:t>
      </w:r>
      <w:r w:rsidR="00E52E09">
        <w:rPr>
          <w:b/>
          <w:sz w:val="22"/>
        </w:rPr>
        <w:t xml:space="preserve"> </w:t>
      </w:r>
      <w:r w:rsidR="00E52E09" w:rsidRPr="006D6BE0">
        <w:rPr>
          <w:color w:val="auto"/>
          <w:sz w:val="22"/>
        </w:rPr>
        <w:t>[Maximum 1,500 characters]</w:t>
      </w:r>
    </w:p>
    <w:p w14:paraId="39EA88C5" w14:textId="77777777" w:rsidR="005D3369" w:rsidRPr="00271931" w:rsidRDefault="00250777">
      <w:pPr>
        <w:pStyle w:val="Instruction"/>
        <w:rPr>
          <w:color w:val="auto"/>
          <w:sz w:val="22"/>
        </w:rPr>
      </w:pPr>
      <w:r w:rsidRPr="00271931">
        <w:rPr>
          <w:color w:val="auto"/>
          <w:sz w:val="22"/>
        </w:rPr>
        <w:t>Describe specific approaches that will help remove barriers to participation or make activities accessible and useful. These might include:</w:t>
      </w:r>
    </w:p>
    <w:p w14:paraId="71E4DB02" w14:textId="3C6025C1" w:rsidR="00497E95" w:rsidRPr="00271931" w:rsidRDefault="00CD46F0">
      <w:pPr>
        <w:pStyle w:val="CompactBullet"/>
        <w:numPr>
          <w:ilvl w:val="0"/>
          <w:numId w:val="10"/>
        </w:numPr>
        <w:rPr>
          <w:sz w:val="22"/>
        </w:rPr>
      </w:pPr>
      <w:r w:rsidRPr="00271931">
        <w:rPr>
          <w:sz w:val="22"/>
        </w:rPr>
        <w:lastRenderedPageBreak/>
        <w:t>Working with t</w:t>
      </w:r>
      <w:r w:rsidR="00C825A5" w:rsidRPr="00271931">
        <w:rPr>
          <w:sz w:val="22"/>
        </w:rPr>
        <w:t>rusted community or school partners</w:t>
      </w:r>
    </w:p>
    <w:p w14:paraId="73B2C825" w14:textId="66E1AC92" w:rsidR="00497E95" w:rsidRPr="00271931" w:rsidRDefault="00C825A5">
      <w:pPr>
        <w:pStyle w:val="CompactBullet"/>
        <w:numPr>
          <w:ilvl w:val="0"/>
          <w:numId w:val="10"/>
        </w:numPr>
        <w:rPr>
          <w:sz w:val="22"/>
        </w:rPr>
      </w:pPr>
      <w:r w:rsidRPr="00271931">
        <w:rPr>
          <w:sz w:val="22"/>
        </w:rPr>
        <w:t>Translat</w:t>
      </w:r>
      <w:r w:rsidR="00BF5C8D" w:rsidRPr="00271931">
        <w:rPr>
          <w:sz w:val="22"/>
        </w:rPr>
        <w:t xml:space="preserve">ing </w:t>
      </w:r>
      <w:r w:rsidRPr="00271931">
        <w:rPr>
          <w:sz w:val="22"/>
        </w:rPr>
        <w:t>materials</w:t>
      </w:r>
      <w:r w:rsidR="00BF5C8D" w:rsidRPr="00271931">
        <w:rPr>
          <w:sz w:val="22"/>
        </w:rPr>
        <w:t xml:space="preserve"> and/or making them accessible </w:t>
      </w:r>
    </w:p>
    <w:p w14:paraId="2CB52D5A" w14:textId="341F7E96" w:rsidR="00497E95" w:rsidRPr="00271931" w:rsidRDefault="00BF5C8D">
      <w:pPr>
        <w:pStyle w:val="CompactBullet"/>
        <w:numPr>
          <w:ilvl w:val="0"/>
          <w:numId w:val="10"/>
        </w:numPr>
        <w:rPr>
          <w:sz w:val="22"/>
        </w:rPr>
      </w:pPr>
      <w:r w:rsidRPr="00271931">
        <w:rPr>
          <w:sz w:val="22"/>
        </w:rPr>
        <w:t xml:space="preserve">Identifying </w:t>
      </w:r>
      <w:r w:rsidR="00DD0C65" w:rsidRPr="00271931">
        <w:rPr>
          <w:sz w:val="22"/>
        </w:rPr>
        <w:t xml:space="preserve">the most </w:t>
      </w:r>
      <w:r w:rsidRPr="00271931">
        <w:rPr>
          <w:sz w:val="22"/>
        </w:rPr>
        <w:t>c</w:t>
      </w:r>
      <w:r w:rsidR="00C825A5" w:rsidRPr="00271931">
        <w:rPr>
          <w:sz w:val="22"/>
        </w:rPr>
        <w:t xml:space="preserve">onvenient locations and </w:t>
      </w:r>
      <w:r w:rsidR="00DD0C65" w:rsidRPr="00271931">
        <w:rPr>
          <w:sz w:val="22"/>
        </w:rPr>
        <w:t>timeframes for events and activities</w:t>
      </w:r>
    </w:p>
    <w:p w14:paraId="3D999D8D" w14:textId="6AC1C0B0" w:rsidR="00497E95" w:rsidRPr="00271931" w:rsidRDefault="007F4DFA">
      <w:pPr>
        <w:pStyle w:val="CompactBullet"/>
        <w:numPr>
          <w:ilvl w:val="0"/>
          <w:numId w:val="10"/>
        </w:numPr>
        <w:rPr>
          <w:sz w:val="22"/>
        </w:rPr>
      </w:pPr>
      <w:r w:rsidRPr="00271931">
        <w:rPr>
          <w:sz w:val="22"/>
        </w:rPr>
        <w:t>Providing equipment, access</w:t>
      </w:r>
      <w:r w:rsidR="008F664C" w:rsidRPr="00271931">
        <w:rPr>
          <w:sz w:val="22"/>
        </w:rPr>
        <w:t>ibility tools</w:t>
      </w:r>
      <w:r w:rsidRPr="00271931">
        <w:rPr>
          <w:sz w:val="22"/>
        </w:rPr>
        <w:t>, route adjustments, or other participation supports</w:t>
      </w:r>
    </w:p>
    <w:p w14:paraId="493E0B7B" w14:textId="7CC542D1" w:rsidR="00497E95" w:rsidRPr="00271931" w:rsidRDefault="00C825A5">
      <w:pPr>
        <w:pStyle w:val="CompactBullet"/>
        <w:numPr>
          <w:ilvl w:val="0"/>
          <w:numId w:val="10"/>
        </w:numPr>
        <w:rPr>
          <w:sz w:val="22"/>
        </w:rPr>
      </w:pPr>
      <w:r w:rsidRPr="00271931">
        <w:rPr>
          <w:sz w:val="22"/>
        </w:rPr>
        <w:t>Adapt</w:t>
      </w:r>
      <w:r w:rsidR="00C65635" w:rsidRPr="00271931">
        <w:rPr>
          <w:sz w:val="22"/>
        </w:rPr>
        <w:t>ing events and activities</w:t>
      </w:r>
      <w:r w:rsidRPr="00271931">
        <w:rPr>
          <w:sz w:val="22"/>
        </w:rPr>
        <w:t xml:space="preserve"> for students with disabilities</w:t>
      </w:r>
    </w:p>
    <w:p w14:paraId="6C4B3EAE" w14:textId="7C241996" w:rsidR="00497E95" w:rsidRPr="00271931" w:rsidRDefault="00C825A5">
      <w:pPr>
        <w:pStyle w:val="CompactBullet"/>
        <w:numPr>
          <w:ilvl w:val="0"/>
          <w:numId w:val="10"/>
        </w:numPr>
        <w:rPr>
          <w:sz w:val="22"/>
        </w:rPr>
      </w:pPr>
      <w:r w:rsidRPr="00271931">
        <w:rPr>
          <w:sz w:val="22"/>
        </w:rPr>
        <w:t>Target</w:t>
      </w:r>
      <w:r w:rsidR="007F4DFA" w:rsidRPr="00271931">
        <w:rPr>
          <w:sz w:val="22"/>
        </w:rPr>
        <w:t>ing</w:t>
      </w:r>
      <w:r w:rsidRPr="00271931">
        <w:rPr>
          <w:sz w:val="22"/>
        </w:rPr>
        <w:t xml:space="preserve"> outreach</w:t>
      </w:r>
      <w:r w:rsidR="007F4DFA" w:rsidRPr="00271931">
        <w:rPr>
          <w:sz w:val="22"/>
        </w:rPr>
        <w:t xml:space="preserve"> to priority populations</w:t>
      </w:r>
    </w:p>
    <w:p w14:paraId="1DB0809D" w14:textId="77777777" w:rsidR="00497E95" w:rsidRPr="00271931" w:rsidRDefault="00C825A5">
      <w:pPr>
        <w:pStyle w:val="CompactBullet"/>
        <w:numPr>
          <w:ilvl w:val="0"/>
          <w:numId w:val="10"/>
        </w:numPr>
        <w:rPr>
          <w:sz w:val="22"/>
        </w:rPr>
      </w:pPr>
      <w:r w:rsidRPr="00271931">
        <w:rPr>
          <w:sz w:val="22"/>
        </w:rPr>
        <w:t>Other approaches appropriate to the community</w:t>
      </w:r>
    </w:p>
    <w:p w14:paraId="5CD3FF2F" w14:textId="7820FBB6" w:rsidR="005D3369" w:rsidRDefault="00250777" w:rsidP="00271931">
      <w:pPr>
        <w:pStyle w:val="Heading2"/>
      </w:pPr>
      <w:r>
        <w:t>Part H. Coordination, Collaboration, and Partnerships (</w:t>
      </w:r>
      <w:r w:rsidR="00EB432F">
        <w:t xml:space="preserve">10 </w:t>
      </w:r>
      <w:r>
        <w:t>points)</w:t>
      </w:r>
    </w:p>
    <w:p w14:paraId="4BF18750" w14:textId="77777777" w:rsidR="005D3369" w:rsidRDefault="00250777" w:rsidP="00271931">
      <w:pPr>
        <w:pStyle w:val="Heading3"/>
      </w:pPr>
      <w:r>
        <w:t>H1. Project Partners</w:t>
      </w:r>
    </w:p>
    <w:p w14:paraId="4F32B679" w14:textId="7E7EC97F" w:rsidR="005D3369" w:rsidRPr="00271931" w:rsidRDefault="00250777" w:rsidP="00342FF1">
      <w:pPr>
        <w:pStyle w:val="Instruction"/>
        <w:spacing w:after="240"/>
        <w:rPr>
          <w:color w:val="auto"/>
          <w:sz w:val="22"/>
        </w:rPr>
      </w:pPr>
      <w:r w:rsidRPr="00271931">
        <w:rPr>
          <w:color w:val="auto"/>
          <w:sz w:val="22"/>
        </w:rPr>
        <w:t>Identify the partners that have or will have a meaningful role in planning, implementing, supporting, or evaluating the project. Do not list partners solely to demonstrate the number of organizations involved.</w:t>
      </w:r>
      <w:r w:rsidR="0026443F" w:rsidRPr="00271931">
        <w:rPr>
          <w:color w:val="auto"/>
          <w:sz w:val="22"/>
        </w:rPr>
        <w:t xml:space="preserve"> Such partners could include school districts</w:t>
      </w:r>
      <w:r w:rsidR="005C5F34" w:rsidRPr="00271931">
        <w:rPr>
          <w:color w:val="auto"/>
          <w:sz w:val="22"/>
        </w:rPr>
        <w:t xml:space="preserve"> and/or</w:t>
      </w:r>
      <w:r w:rsidR="0026443F" w:rsidRPr="00271931">
        <w:rPr>
          <w:color w:val="auto"/>
          <w:sz w:val="22"/>
        </w:rPr>
        <w:t xml:space="preserve"> specific schools</w:t>
      </w:r>
      <w:r w:rsidR="005C5F34" w:rsidRPr="00271931">
        <w:rPr>
          <w:color w:val="auto"/>
          <w:sz w:val="22"/>
        </w:rPr>
        <w:t xml:space="preserve">; </w:t>
      </w:r>
      <w:r w:rsidR="0050707A" w:rsidRPr="00271931">
        <w:rPr>
          <w:color w:val="auto"/>
          <w:sz w:val="22"/>
        </w:rPr>
        <w:t xml:space="preserve">Parent Teacher Associations; </w:t>
      </w:r>
      <w:r w:rsidR="005C5F34" w:rsidRPr="00271931">
        <w:rPr>
          <w:color w:val="auto"/>
          <w:sz w:val="22"/>
        </w:rPr>
        <w:t>local or regional governmental agencies</w:t>
      </w:r>
      <w:r w:rsidR="0050707A" w:rsidRPr="00271931">
        <w:rPr>
          <w:color w:val="auto"/>
          <w:sz w:val="22"/>
        </w:rPr>
        <w:t>;</w:t>
      </w:r>
      <w:r w:rsidR="005C5F34" w:rsidRPr="00271931">
        <w:rPr>
          <w:color w:val="auto"/>
          <w:sz w:val="22"/>
        </w:rPr>
        <w:t xml:space="preserve"> </w:t>
      </w:r>
      <w:r w:rsidR="0050707A" w:rsidRPr="00271931">
        <w:rPr>
          <w:color w:val="auto"/>
          <w:sz w:val="22"/>
        </w:rPr>
        <w:t xml:space="preserve">community organizations or nonprofits; </w:t>
      </w:r>
      <w:r w:rsidR="00FC5215" w:rsidRPr="00271931">
        <w:rPr>
          <w:color w:val="auto"/>
          <w:sz w:val="22"/>
        </w:rPr>
        <w:t xml:space="preserve">local businesses, </w:t>
      </w:r>
      <w:r w:rsidR="0050707A" w:rsidRPr="00271931">
        <w:rPr>
          <w:color w:val="auto"/>
          <w:sz w:val="22"/>
        </w:rPr>
        <w:t xml:space="preserve">etc. </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553"/>
        <w:gridCol w:w="2553"/>
        <w:gridCol w:w="2554"/>
        <w:gridCol w:w="2554"/>
      </w:tblGrid>
      <w:tr w:rsidR="005D3369" w:rsidRPr="00E52E09" w14:paraId="3439E1F5" w14:textId="77777777" w:rsidTr="00504C66">
        <w:trPr>
          <w:tblHeader/>
          <w:jc w:val="center"/>
        </w:trPr>
        <w:tc>
          <w:tcPr>
            <w:tcW w:w="2553" w:type="dxa"/>
            <w:shd w:val="clear" w:color="auto" w:fill="D9EAF7"/>
            <w:tcMar>
              <w:top w:w="80" w:type="dxa"/>
              <w:left w:w="80" w:type="dxa"/>
              <w:bottom w:w="80" w:type="dxa"/>
              <w:right w:w="80" w:type="dxa"/>
            </w:tcMar>
          </w:tcPr>
          <w:p w14:paraId="678F318C" w14:textId="77777777" w:rsidR="005D3369" w:rsidRPr="00271931" w:rsidRDefault="00250777">
            <w:pPr>
              <w:rPr>
                <w:rFonts w:asciiTheme="majorHAnsi" w:hAnsiTheme="majorHAnsi" w:cstheme="majorHAnsi"/>
                <w:sz w:val="22"/>
              </w:rPr>
            </w:pPr>
            <w:r w:rsidRPr="00271931">
              <w:rPr>
                <w:rFonts w:asciiTheme="majorHAnsi" w:hAnsiTheme="majorHAnsi" w:cstheme="majorHAnsi"/>
                <w:b/>
                <w:color w:val="1F4E79"/>
                <w:sz w:val="22"/>
              </w:rPr>
              <w:t>Partner / Organization</w:t>
            </w:r>
          </w:p>
        </w:tc>
        <w:tc>
          <w:tcPr>
            <w:tcW w:w="2553" w:type="dxa"/>
            <w:shd w:val="clear" w:color="auto" w:fill="D9EAF7"/>
            <w:tcMar>
              <w:top w:w="80" w:type="dxa"/>
              <w:left w:w="80" w:type="dxa"/>
              <w:bottom w:w="80" w:type="dxa"/>
              <w:right w:w="80" w:type="dxa"/>
            </w:tcMar>
          </w:tcPr>
          <w:p w14:paraId="7B6CAFC8" w14:textId="77777777" w:rsidR="005D3369" w:rsidRPr="00271931" w:rsidRDefault="00250777">
            <w:pPr>
              <w:rPr>
                <w:rFonts w:asciiTheme="majorHAnsi" w:hAnsiTheme="majorHAnsi" w:cstheme="majorHAnsi"/>
                <w:sz w:val="22"/>
              </w:rPr>
            </w:pPr>
            <w:r w:rsidRPr="00271931">
              <w:rPr>
                <w:rFonts w:asciiTheme="majorHAnsi" w:hAnsiTheme="majorHAnsi" w:cstheme="majorHAnsi"/>
                <w:b/>
                <w:color w:val="1F4E79"/>
                <w:sz w:val="22"/>
              </w:rPr>
              <w:t>Role in Project</w:t>
            </w:r>
          </w:p>
        </w:tc>
        <w:tc>
          <w:tcPr>
            <w:tcW w:w="2554" w:type="dxa"/>
            <w:shd w:val="clear" w:color="auto" w:fill="D9EAF7"/>
            <w:tcMar>
              <w:top w:w="80" w:type="dxa"/>
              <w:left w:w="80" w:type="dxa"/>
              <w:bottom w:w="80" w:type="dxa"/>
              <w:right w:w="80" w:type="dxa"/>
            </w:tcMar>
          </w:tcPr>
          <w:p w14:paraId="13A08964" w14:textId="77777777" w:rsidR="005D3369" w:rsidRPr="00271931" w:rsidRDefault="00250777">
            <w:pPr>
              <w:rPr>
                <w:rFonts w:asciiTheme="majorHAnsi" w:hAnsiTheme="majorHAnsi" w:cstheme="majorHAnsi"/>
                <w:sz w:val="22"/>
              </w:rPr>
            </w:pPr>
            <w:r w:rsidRPr="00271931">
              <w:rPr>
                <w:rFonts w:asciiTheme="majorHAnsi" w:hAnsiTheme="majorHAnsi" w:cstheme="majorHAnsi"/>
                <w:b/>
                <w:color w:val="1F4E79"/>
                <w:sz w:val="22"/>
              </w:rPr>
              <w:t>Specific Contribution or Responsibility</w:t>
            </w:r>
          </w:p>
        </w:tc>
        <w:tc>
          <w:tcPr>
            <w:tcW w:w="2554" w:type="dxa"/>
            <w:shd w:val="clear" w:color="auto" w:fill="D9EAF7"/>
            <w:tcMar>
              <w:top w:w="80" w:type="dxa"/>
              <w:left w:w="80" w:type="dxa"/>
              <w:bottom w:w="80" w:type="dxa"/>
              <w:right w:w="80" w:type="dxa"/>
            </w:tcMar>
          </w:tcPr>
          <w:p w14:paraId="10C36D04" w14:textId="77777777" w:rsidR="005D3369" w:rsidRPr="00271931" w:rsidRDefault="00250777">
            <w:pPr>
              <w:rPr>
                <w:rFonts w:asciiTheme="majorHAnsi" w:hAnsiTheme="majorHAnsi" w:cstheme="majorHAnsi"/>
                <w:sz w:val="22"/>
              </w:rPr>
            </w:pPr>
            <w:r w:rsidRPr="00271931">
              <w:rPr>
                <w:rFonts w:asciiTheme="majorHAnsi" w:hAnsiTheme="majorHAnsi" w:cstheme="majorHAnsi"/>
                <w:b/>
                <w:color w:val="1F4E79"/>
                <w:sz w:val="22"/>
              </w:rPr>
              <w:t>Confirmed or Prospective</w:t>
            </w:r>
          </w:p>
        </w:tc>
      </w:tr>
      <w:tr w:rsidR="005D3369" w:rsidRPr="00E52E09" w14:paraId="746BA02B" w14:textId="77777777" w:rsidTr="00504C66">
        <w:trPr>
          <w:cantSplit/>
          <w:jc w:val="center"/>
        </w:trPr>
        <w:tc>
          <w:tcPr>
            <w:tcW w:w="2553" w:type="dxa"/>
            <w:tcMar>
              <w:top w:w="80" w:type="dxa"/>
              <w:left w:w="80" w:type="dxa"/>
              <w:bottom w:w="80" w:type="dxa"/>
              <w:right w:w="80" w:type="dxa"/>
            </w:tcMar>
          </w:tcPr>
          <w:p w14:paraId="2B9E53FD" w14:textId="77777777" w:rsidR="005D3369" w:rsidRPr="00271931" w:rsidRDefault="005D3369">
            <w:pPr>
              <w:rPr>
                <w:rFonts w:asciiTheme="majorHAnsi" w:hAnsiTheme="majorHAnsi" w:cstheme="majorHAnsi"/>
                <w:sz w:val="22"/>
              </w:rPr>
            </w:pPr>
          </w:p>
        </w:tc>
        <w:tc>
          <w:tcPr>
            <w:tcW w:w="2553" w:type="dxa"/>
            <w:tcMar>
              <w:top w:w="80" w:type="dxa"/>
              <w:left w:w="80" w:type="dxa"/>
              <w:bottom w:w="80" w:type="dxa"/>
              <w:right w:w="80" w:type="dxa"/>
            </w:tcMar>
          </w:tcPr>
          <w:p w14:paraId="7408DE88" w14:textId="77777777" w:rsidR="005D3369" w:rsidRPr="00271931" w:rsidRDefault="005D3369">
            <w:pPr>
              <w:rPr>
                <w:rFonts w:asciiTheme="majorHAnsi" w:hAnsiTheme="majorHAnsi" w:cstheme="majorHAnsi"/>
                <w:sz w:val="22"/>
              </w:rPr>
            </w:pPr>
          </w:p>
        </w:tc>
        <w:tc>
          <w:tcPr>
            <w:tcW w:w="2554" w:type="dxa"/>
            <w:tcMar>
              <w:top w:w="80" w:type="dxa"/>
              <w:left w:w="80" w:type="dxa"/>
              <w:bottom w:w="80" w:type="dxa"/>
              <w:right w:w="80" w:type="dxa"/>
            </w:tcMar>
          </w:tcPr>
          <w:p w14:paraId="134E0E81" w14:textId="77777777" w:rsidR="005D3369" w:rsidRPr="00271931" w:rsidRDefault="005D3369">
            <w:pPr>
              <w:rPr>
                <w:rFonts w:asciiTheme="majorHAnsi" w:hAnsiTheme="majorHAnsi" w:cstheme="majorHAnsi"/>
                <w:sz w:val="22"/>
              </w:rPr>
            </w:pPr>
          </w:p>
        </w:tc>
        <w:tc>
          <w:tcPr>
            <w:tcW w:w="2554" w:type="dxa"/>
            <w:tcMar>
              <w:top w:w="80" w:type="dxa"/>
              <w:left w:w="80" w:type="dxa"/>
              <w:bottom w:w="80" w:type="dxa"/>
              <w:right w:w="80" w:type="dxa"/>
            </w:tcMar>
          </w:tcPr>
          <w:p w14:paraId="348F3186" w14:textId="77777777" w:rsidR="005D3369" w:rsidRPr="00271931" w:rsidRDefault="005D3369">
            <w:pPr>
              <w:rPr>
                <w:rFonts w:asciiTheme="majorHAnsi" w:hAnsiTheme="majorHAnsi" w:cstheme="majorHAnsi"/>
                <w:sz w:val="22"/>
              </w:rPr>
            </w:pPr>
          </w:p>
        </w:tc>
      </w:tr>
      <w:tr w:rsidR="005D3369" w:rsidRPr="00E52E09" w14:paraId="45B3267C" w14:textId="77777777" w:rsidTr="00504C66">
        <w:trPr>
          <w:cantSplit/>
          <w:jc w:val="center"/>
        </w:trPr>
        <w:tc>
          <w:tcPr>
            <w:tcW w:w="2553" w:type="dxa"/>
            <w:tcMar>
              <w:top w:w="80" w:type="dxa"/>
              <w:left w:w="80" w:type="dxa"/>
              <w:bottom w:w="80" w:type="dxa"/>
              <w:right w:w="80" w:type="dxa"/>
            </w:tcMar>
          </w:tcPr>
          <w:p w14:paraId="5FEC7E31" w14:textId="77777777" w:rsidR="005D3369" w:rsidRPr="00271931" w:rsidRDefault="005D3369">
            <w:pPr>
              <w:rPr>
                <w:rFonts w:asciiTheme="majorHAnsi" w:hAnsiTheme="majorHAnsi" w:cstheme="majorHAnsi"/>
                <w:sz w:val="22"/>
              </w:rPr>
            </w:pPr>
          </w:p>
        </w:tc>
        <w:tc>
          <w:tcPr>
            <w:tcW w:w="2553" w:type="dxa"/>
            <w:tcMar>
              <w:top w:w="80" w:type="dxa"/>
              <w:left w:w="80" w:type="dxa"/>
              <w:bottom w:w="80" w:type="dxa"/>
              <w:right w:w="80" w:type="dxa"/>
            </w:tcMar>
          </w:tcPr>
          <w:p w14:paraId="0EB1FF49" w14:textId="77777777" w:rsidR="005D3369" w:rsidRPr="00271931" w:rsidRDefault="005D3369">
            <w:pPr>
              <w:rPr>
                <w:rFonts w:asciiTheme="majorHAnsi" w:hAnsiTheme="majorHAnsi" w:cstheme="majorHAnsi"/>
                <w:sz w:val="22"/>
              </w:rPr>
            </w:pPr>
          </w:p>
        </w:tc>
        <w:tc>
          <w:tcPr>
            <w:tcW w:w="2554" w:type="dxa"/>
            <w:tcMar>
              <w:top w:w="80" w:type="dxa"/>
              <w:left w:w="80" w:type="dxa"/>
              <w:bottom w:w="80" w:type="dxa"/>
              <w:right w:w="80" w:type="dxa"/>
            </w:tcMar>
          </w:tcPr>
          <w:p w14:paraId="5D9B530F" w14:textId="77777777" w:rsidR="005D3369" w:rsidRPr="00271931" w:rsidRDefault="005D3369">
            <w:pPr>
              <w:rPr>
                <w:rFonts w:asciiTheme="majorHAnsi" w:hAnsiTheme="majorHAnsi" w:cstheme="majorHAnsi"/>
                <w:sz w:val="22"/>
              </w:rPr>
            </w:pPr>
          </w:p>
        </w:tc>
        <w:tc>
          <w:tcPr>
            <w:tcW w:w="2554" w:type="dxa"/>
            <w:tcMar>
              <w:top w:w="80" w:type="dxa"/>
              <w:left w:w="80" w:type="dxa"/>
              <w:bottom w:w="80" w:type="dxa"/>
              <w:right w:w="80" w:type="dxa"/>
            </w:tcMar>
          </w:tcPr>
          <w:p w14:paraId="2ACE417D" w14:textId="77777777" w:rsidR="005D3369" w:rsidRPr="00271931" w:rsidRDefault="005D3369">
            <w:pPr>
              <w:rPr>
                <w:rFonts w:asciiTheme="majorHAnsi" w:hAnsiTheme="majorHAnsi" w:cstheme="majorHAnsi"/>
                <w:sz w:val="22"/>
              </w:rPr>
            </w:pPr>
          </w:p>
        </w:tc>
      </w:tr>
      <w:tr w:rsidR="005D3369" w:rsidRPr="00E52E09" w14:paraId="7DF451D0" w14:textId="77777777" w:rsidTr="00504C66">
        <w:trPr>
          <w:cantSplit/>
          <w:jc w:val="center"/>
        </w:trPr>
        <w:tc>
          <w:tcPr>
            <w:tcW w:w="2553" w:type="dxa"/>
            <w:tcMar>
              <w:top w:w="80" w:type="dxa"/>
              <w:left w:w="80" w:type="dxa"/>
              <w:bottom w:w="80" w:type="dxa"/>
              <w:right w:w="80" w:type="dxa"/>
            </w:tcMar>
          </w:tcPr>
          <w:p w14:paraId="04D8473B" w14:textId="77777777" w:rsidR="005D3369" w:rsidRPr="00271931" w:rsidRDefault="005D3369">
            <w:pPr>
              <w:rPr>
                <w:rFonts w:asciiTheme="majorHAnsi" w:hAnsiTheme="majorHAnsi" w:cstheme="majorHAnsi"/>
                <w:sz w:val="22"/>
              </w:rPr>
            </w:pPr>
          </w:p>
        </w:tc>
        <w:tc>
          <w:tcPr>
            <w:tcW w:w="2553" w:type="dxa"/>
            <w:tcMar>
              <w:top w:w="80" w:type="dxa"/>
              <w:left w:w="80" w:type="dxa"/>
              <w:bottom w:w="80" w:type="dxa"/>
              <w:right w:w="80" w:type="dxa"/>
            </w:tcMar>
          </w:tcPr>
          <w:p w14:paraId="78315049" w14:textId="77777777" w:rsidR="005D3369" w:rsidRPr="00271931" w:rsidRDefault="005D3369">
            <w:pPr>
              <w:rPr>
                <w:rFonts w:asciiTheme="majorHAnsi" w:hAnsiTheme="majorHAnsi" w:cstheme="majorHAnsi"/>
                <w:sz w:val="22"/>
              </w:rPr>
            </w:pPr>
          </w:p>
        </w:tc>
        <w:tc>
          <w:tcPr>
            <w:tcW w:w="2554" w:type="dxa"/>
            <w:tcMar>
              <w:top w:w="80" w:type="dxa"/>
              <w:left w:w="80" w:type="dxa"/>
              <w:bottom w:w="80" w:type="dxa"/>
              <w:right w:w="80" w:type="dxa"/>
            </w:tcMar>
          </w:tcPr>
          <w:p w14:paraId="16E20705" w14:textId="77777777" w:rsidR="005D3369" w:rsidRPr="00271931" w:rsidRDefault="005D3369">
            <w:pPr>
              <w:rPr>
                <w:rFonts w:asciiTheme="majorHAnsi" w:hAnsiTheme="majorHAnsi" w:cstheme="majorHAnsi"/>
                <w:sz w:val="22"/>
              </w:rPr>
            </w:pPr>
          </w:p>
        </w:tc>
        <w:tc>
          <w:tcPr>
            <w:tcW w:w="2554" w:type="dxa"/>
            <w:tcMar>
              <w:top w:w="80" w:type="dxa"/>
              <w:left w:w="80" w:type="dxa"/>
              <w:bottom w:w="80" w:type="dxa"/>
              <w:right w:w="80" w:type="dxa"/>
            </w:tcMar>
          </w:tcPr>
          <w:p w14:paraId="78340016" w14:textId="77777777" w:rsidR="005D3369" w:rsidRPr="00271931" w:rsidRDefault="005D3369">
            <w:pPr>
              <w:rPr>
                <w:rFonts w:asciiTheme="majorHAnsi" w:hAnsiTheme="majorHAnsi" w:cstheme="majorHAnsi"/>
                <w:sz w:val="22"/>
              </w:rPr>
            </w:pPr>
          </w:p>
        </w:tc>
      </w:tr>
      <w:tr w:rsidR="005D3369" w:rsidRPr="00E52E09" w14:paraId="22FAD038" w14:textId="77777777" w:rsidTr="00504C66">
        <w:trPr>
          <w:cantSplit/>
          <w:jc w:val="center"/>
        </w:trPr>
        <w:tc>
          <w:tcPr>
            <w:tcW w:w="2553" w:type="dxa"/>
            <w:tcMar>
              <w:top w:w="80" w:type="dxa"/>
              <w:left w:w="80" w:type="dxa"/>
              <w:bottom w:w="80" w:type="dxa"/>
              <w:right w:w="80" w:type="dxa"/>
            </w:tcMar>
          </w:tcPr>
          <w:p w14:paraId="20F3824A" w14:textId="77777777" w:rsidR="005D3369" w:rsidRPr="00271931" w:rsidRDefault="005D3369">
            <w:pPr>
              <w:rPr>
                <w:rFonts w:asciiTheme="majorHAnsi" w:hAnsiTheme="majorHAnsi" w:cstheme="majorHAnsi"/>
                <w:sz w:val="22"/>
              </w:rPr>
            </w:pPr>
          </w:p>
        </w:tc>
        <w:tc>
          <w:tcPr>
            <w:tcW w:w="2553" w:type="dxa"/>
            <w:tcMar>
              <w:top w:w="80" w:type="dxa"/>
              <w:left w:w="80" w:type="dxa"/>
              <w:bottom w:w="80" w:type="dxa"/>
              <w:right w:w="80" w:type="dxa"/>
            </w:tcMar>
          </w:tcPr>
          <w:p w14:paraId="38DA0FC0" w14:textId="77777777" w:rsidR="005D3369" w:rsidRPr="00271931" w:rsidRDefault="005D3369">
            <w:pPr>
              <w:rPr>
                <w:rFonts w:asciiTheme="majorHAnsi" w:hAnsiTheme="majorHAnsi" w:cstheme="majorHAnsi"/>
                <w:sz w:val="22"/>
              </w:rPr>
            </w:pPr>
          </w:p>
        </w:tc>
        <w:tc>
          <w:tcPr>
            <w:tcW w:w="2554" w:type="dxa"/>
            <w:tcMar>
              <w:top w:w="80" w:type="dxa"/>
              <w:left w:w="80" w:type="dxa"/>
              <w:bottom w:w="80" w:type="dxa"/>
              <w:right w:w="80" w:type="dxa"/>
            </w:tcMar>
          </w:tcPr>
          <w:p w14:paraId="209AFB70" w14:textId="77777777" w:rsidR="005D3369" w:rsidRPr="00271931" w:rsidRDefault="005D3369">
            <w:pPr>
              <w:rPr>
                <w:rFonts w:asciiTheme="majorHAnsi" w:hAnsiTheme="majorHAnsi" w:cstheme="majorHAnsi"/>
                <w:sz w:val="22"/>
              </w:rPr>
            </w:pPr>
          </w:p>
        </w:tc>
        <w:tc>
          <w:tcPr>
            <w:tcW w:w="2554" w:type="dxa"/>
            <w:tcMar>
              <w:top w:w="80" w:type="dxa"/>
              <w:left w:w="80" w:type="dxa"/>
              <w:bottom w:w="80" w:type="dxa"/>
              <w:right w:w="80" w:type="dxa"/>
            </w:tcMar>
          </w:tcPr>
          <w:p w14:paraId="74ACC47C" w14:textId="77777777" w:rsidR="005D3369" w:rsidRPr="00271931" w:rsidRDefault="005D3369">
            <w:pPr>
              <w:rPr>
                <w:rFonts w:asciiTheme="majorHAnsi" w:hAnsiTheme="majorHAnsi" w:cstheme="majorHAnsi"/>
                <w:sz w:val="22"/>
              </w:rPr>
            </w:pPr>
          </w:p>
        </w:tc>
      </w:tr>
      <w:tr w:rsidR="00504C66" w:rsidRPr="00E52E09" w14:paraId="25194731" w14:textId="77777777" w:rsidTr="00504C66">
        <w:trPr>
          <w:cantSplit/>
          <w:jc w:val="center"/>
        </w:trPr>
        <w:tc>
          <w:tcPr>
            <w:tcW w:w="2553" w:type="dxa"/>
            <w:tcMar>
              <w:top w:w="80" w:type="dxa"/>
              <w:left w:w="80" w:type="dxa"/>
              <w:bottom w:w="80" w:type="dxa"/>
              <w:right w:w="80" w:type="dxa"/>
            </w:tcMar>
          </w:tcPr>
          <w:p w14:paraId="79C4EAA5" w14:textId="77777777" w:rsidR="00504C66" w:rsidRPr="00271931" w:rsidRDefault="00504C66">
            <w:pPr>
              <w:rPr>
                <w:rFonts w:asciiTheme="majorHAnsi" w:hAnsiTheme="majorHAnsi" w:cstheme="majorHAnsi"/>
                <w:sz w:val="22"/>
              </w:rPr>
            </w:pPr>
          </w:p>
        </w:tc>
        <w:tc>
          <w:tcPr>
            <w:tcW w:w="2553" w:type="dxa"/>
            <w:tcMar>
              <w:top w:w="80" w:type="dxa"/>
              <w:left w:w="80" w:type="dxa"/>
              <w:bottom w:w="80" w:type="dxa"/>
              <w:right w:w="80" w:type="dxa"/>
            </w:tcMar>
          </w:tcPr>
          <w:p w14:paraId="126AC0F1"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2478A0EA"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42C1EFCC" w14:textId="77777777" w:rsidR="00504C66" w:rsidRPr="00271931" w:rsidRDefault="00504C66">
            <w:pPr>
              <w:rPr>
                <w:rFonts w:asciiTheme="majorHAnsi" w:hAnsiTheme="majorHAnsi" w:cstheme="majorHAnsi"/>
                <w:sz w:val="22"/>
              </w:rPr>
            </w:pPr>
          </w:p>
        </w:tc>
      </w:tr>
      <w:tr w:rsidR="00504C66" w:rsidRPr="00E52E09" w14:paraId="58106FC0" w14:textId="77777777" w:rsidTr="00504C66">
        <w:trPr>
          <w:cantSplit/>
          <w:jc w:val="center"/>
        </w:trPr>
        <w:tc>
          <w:tcPr>
            <w:tcW w:w="2553" w:type="dxa"/>
            <w:tcMar>
              <w:top w:w="80" w:type="dxa"/>
              <w:left w:w="80" w:type="dxa"/>
              <w:bottom w:w="80" w:type="dxa"/>
              <w:right w:w="80" w:type="dxa"/>
            </w:tcMar>
          </w:tcPr>
          <w:p w14:paraId="55CCF3B9" w14:textId="77777777" w:rsidR="00504C66" w:rsidRPr="00271931" w:rsidRDefault="00504C66">
            <w:pPr>
              <w:rPr>
                <w:rFonts w:asciiTheme="majorHAnsi" w:hAnsiTheme="majorHAnsi" w:cstheme="majorHAnsi"/>
                <w:sz w:val="22"/>
              </w:rPr>
            </w:pPr>
          </w:p>
        </w:tc>
        <w:tc>
          <w:tcPr>
            <w:tcW w:w="2553" w:type="dxa"/>
            <w:tcMar>
              <w:top w:w="80" w:type="dxa"/>
              <w:left w:w="80" w:type="dxa"/>
              <w:bottom w:w="80" w:type="dxa"/>
              <w:right w:w="80" w:type="dxa"/>
            </w:tcMar>
          </w:tcPr>
          <w:p w14:paraId="32AEE0A4"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79ECC4A6"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0B4102AD" w14:textId="77777777" w:rsidR="00504C66" w:rsidRPr="00271931" w:rsidRDefault="00504C66">
            <w:pPr>
              <w:rPr>
                <w:rFonts w:asciiTheme="majorHAnsi" w:hAnsiTheme="majorHAnsi" w:cstheme="majorHAnsi"/>
                <w:sz w:val="22"/>
              </w:rPr>
            </w:pPr>
          </w:p>
        </w:tc>
      </w:tr>
      <w:tr w:rsidR="00504C66" w:rsidRPr="00E52E09" w14:paraId="407D4716" w14:textId="77777777" w:rsidTr="00504C66">
        <w:trPr>
          <w:cantSplit/>
          <w:jc w:val="center"/>
        </w:trPr>
        <w:tc>
          <w:tcPr>
            <w:tcW w:w="2553" w:type="dxa"/>
            <w:tcMar>
              <w:top w:w="80" w:type="dxa"/>
              <w:left w:w="80" w:type="dxa"/>
              <w:bottom w:w="80" w:type="dxa"/>
              <w:right w:w="80" w:type="dxa"/>
            </w:tcMar>
          </w:tcPr>
          <w:p w14:paraId="099C0ED7" w14:textId="77777777" w:rsidR="00504C66" w:rsidRPr="00271931" w:rsidRDefault="00504C66">
            <w:pPr>
              <w:rPr>
                <w:rFonts w:asciiTheme="majorHAnsi" w:hAnsiTheme="majorHAnsi" w:cstheme="majorHAnsi"/>
                <w:sz w:val="22"/>
              </w:rPr>
            </w:pPr>
          </w:p>
        </w:tc>
        <w:tc>
          <w:tcPr>
            <w:tcW w:w="2553" w:type="dxa"/>
            <w:tcMar>
              <w:top w:w="80" w:type="dxa"/>
              <w:left w:w="80" w:type="dxa"/>
              <w:bottom w:w="80" w:type="dxa"/>
              <w:right w:w="80" w:type="dxa"/>
            </w:tcMar>
          </w:tcPr>
          <w:p w14:paraId="42F20BC6"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5ABA7136"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3D960CFE" w14:textId="77777777" w:rsidR="00504C66" w:rsidRPr="00271931" w:rsidRDefault="00504C66">
            <w:pPr>
              <w:rPr>
                <w:rFonts w:asciiTheme="majorHAnsi" w:hAnsiTheme="majorHAnsi" w:cstheme="majorHAnsi"/>
                <w:sz w:val="22"/>
              </w:rPr>
            </w:pPr>
          </w:p>
        </w:tc>
      </w:tr>
      <w:tr w:rsidR="00504C66" w:rsidRPr="00E52E09" w14:paraId="42BD6F82" w14:textId="77777777" w:rsidTr="00504C66">
        <w:trPr>
          <w:cantSplit/>
          <w:jc w:val="center"/>
        </w:trPr>
        <w:tc>
          <w:tcPr>
            <w:tcW w:w="2553" w:type="dxa"/>
            <w:tcMar>
              <w:top w:w="80" w:type="dxa"/>
              <w:left w:w="80" w:type="dxa"/>
              <w:bottom w:w="80" w:type="dxa"/>
              <w:right w:w="80" w:type="dxa"/>
            </w:tcMar>
          </w:tcPr>
          <w:p w14:paraId="211CF687" w14:textId="77777777" w:rsidR="00504C66" w:rsidRPr="00271931" w:rsidRDefault="00504C66">
            <w:pPr>
              <w:rPr>
                <w:rFonts w:asciiTheme="majorHAnsi" w:hAnsiTheme="majorHAnsi" w:cstheme="majorHAnsi"/>
                <w:sz w:val="22"/>
              </w:rPr>
            </w:pPr>
          </w:p>
        </w:tc>
        <w:tc>
          <w:tcPr>
            <w:tcW w:w="2553" w:type="dxa"/>
            <w:tcMar>
              <w:top w:w="80" w:type="dxa"/>
              <w:left w:w="80" w:type="dxa"/>
              <w:bottom w:w="80" w:type="dxa"/>
              <w:right w:w="80" w:type="dxa"/>
            </w:tcMar>
          </w:tcPr>
          <w:p w14:paraId="6F2A6338"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482D54CD"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0E1B2740" w14:textId="77777777" w:rsidR="00504C66" w:rsidRPr="00271931" w:rsidRDefault="00504C66">
            <w:pPr>
              <w:rPr>
                <w:rFonts w:asciiTheme="majorHAnsi" w:hAnsiTheme="majorHAnsi" w:cstheme="majorHAnsi"/>
                <w:sz w:val="22"/>
              </w:rPr>
            </w:pPr>
          </w:p>
        </w:tc>
      </w:tr>
      <w:tr w:rsidR="00504C66" w:rsidRPr="00E52E09" w14:paraId="5CEB7558" w14:textId="77777777" w:rsidTr="00504C66">
        <w:trPr>
          <w:cantSplit/>
          <w:jc w:val="center"/>
        </w:trPr>
        <w:tc>
          <w:tcPr>
            <w:tcW w:w="2553" w:type="dxa"/>
            <w:tcMar>
              <w:top w:w="80" w:type="dxa"/>
              <w:left w:w="80" w:type="dxa"/>
              <w:bottom w:w="80" w:type="dxa"/>
              <w:right w:w="80" w:type="dxa"/>
            </w:tcMar>
          </w:tcPr>
          <w:p w14:paraId="6B07ACBF" w14:textId="77777777" w:rsidR="00504C66" w:rsidRPr="00271931" w:rsidRDefault="00504C66">
            <w:pPr>
              <w:rPr>
                <w:rFonts w:asciiTheme="majorHAnsi" w:hAnsiTheme="majorHAnsi" w:cstheme="majorHAnsi"/>
                <w:sz w:val="22"/>
              </w:rPr>
            </w:pPr>
          </w:p>
        </w:tc>
        <w:tc>
          <w:tcPr>
            <w:tcW w:w="2553" w:type="dxa"/>
            <w:tcMar>
              <w:top w:w="80" w:type="dxa"/>
              <w:left w:w="80" w:type="dxa"/>
              <w:bottom w:w="80" w:type="dxa"/>
              <w:right w:w="80" w:type="dxa"/>
            </w:tcMar>
          </w:tcPr>
          <w:p w14:paraId="207AFAFF"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28FBD9C9"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60DEC2FE" w14:textId="77777777" w:rsidR="00504C66" w:rsidRPr="00271931" w:rsidRDefault="00504C66">
            <w:pPr>
              <w:rPr>
                <w:rFonts w:asciiTheme="majorHAnsi" w:hAnsiTheme="majorHAnsi" w:cstheme="majorHAnsi"/>
                <w:sz w:val="22"/>
              </w:rPr>
            </w:pPr>
          </w:p>
        </w:tc>
      </w:tr>
      <w:tr w:rsidR="00504C66" w:rsidRPr="00E52E09" w14:paraId="35630C56" w14:textId="77777777" w:rsidTr="00504C66">
        <w:trPr>
          <w:cantSplit/>
          <w:jc w:val="center"/>
        </w:trPr>
        <w:tc>
          <w:tcPr>
            <w:tcW w:w="2553" w:type="dxa"/>
            <w:tcMar>
              <w:top w:w="80" w:type="dxa"/>
              <w:left w:w="80" w:type="dxa"/>
              <w:bottom w:w="80" w:type="dxa"/>
              <w:right w:w="80" w:type="dxa"/>
            </w:tcMar>
          </w:tcPr>
          <w:p w14:paraId="5001A076" w14:textId="77777777" w:rsidR="00504C66" w:rsidRPr="00271931" w:rsidRDefault="00504C66">
            <w:pPr>
              <w:rPr>
                <w:rFonts w:asciiTheme="majorHAnsi" w:hAnsiTheme="majorHAnsi" w:cstheme="majorHAnsi"/>
                <w:sz w:val="22"/>
              </w:rPr>
            </w:pPr>
          </w:p>
        </w:tc>
        <w:tc>
          <w:tcPr>
            <w:tcW w:w="2553" w:type="dxa"/>
            <w:tcMar>
              <w:top w:w="80" w:type="dxa"/>
              <w:left w:w="80" w:type="dxa"/>
              <w:bottom w:w="80" w:type="dxa"/>
              <w:right w:w="80" w:type="dxa"/>
            </w:tcMar>
          </w:tcPr>
          <w:p w14:paraId="6975B37E"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6373E6CD"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706A343D" w14:textId="77777777" w:rsidR="00504C66" w:rsidRPr="00271931" w:rsidRDefault="00504C66">
            <w:pPr>
              <w:rPr>
                <w:rFonts w:asciiTheme="majorHAnsi" w:hAnsiTheme="majorHAnsi" w:cstheme="majorHAnsi"/>
                <w:sz w:val="22"/>
              </w:rPr>
            </w:pPr>
          </w:p>
        </w:tc>
      </w:tr>
      <w:tr w:rsidR="00504C66" w:rsidRPr="00E52E09" w14:paraId="4D90D925" w14:textId="77777777" w:rsidTr="00504C66">
        <w:trPr>
          <w:cantSplit/>
          <w:jc w:val="center"/>
        </w:trPr>
        <w:tc>
          <w:tcPr>
            <w:tcW w:w="2553" w:type="dxa"/>
            <w:tcMar>
              <w:top w:w="80" w:type="dxa"/>
              <w:left w:w="80" w:type="dxa"/>
              <w:bottom w:w="80" w:type="dxa"/>
              <w:right w:w="80" w:type="dxa"/>
            </w:tcMar>
          </w:tcPr>
          <w:p w14:paraId="33DD029B" w14:textId="77777777" w:rsidR="00504C66" w:rsidRPr="00271931" w:rsidRDefault="00504C66">
            <w:pPr>
              <w:rPr>
                <w:rFonts w:asciiTheme="majorHAnsi" w:hAnsiTheme="majorHAnsi" w:cstheme="majorHAnsi"/>
                <w:sz w:val="22"/>
              </w:rPr>
            </w:pPr>
          </w:p>
        </w:tc>
        <w:tc>
          <w:tcPr>
            <w:tcW w:w="2553" w:type="dxa"/>
            <w:tcMar>
              <w:top w:w="80" w:type="dxa"/>
              <w:left w:w="80" w:type="dxa"/>
              <w:bottom w:w="80" w:type="dxa"/>
              <w:right w:w="80" w:type="dxa"/>
            </w:tcMar>
          </w:tcPr>
          <w:p w14:paraId="40B9B319"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2F18A82A" w14:textId="77777777" w:rsidR="00504C66" w:rsidRPr="00271931" w:rsidRDefault="00504C66">
            <w:pPr>
              <w:rPr>
                <w:rFonts w:asciiTheme="majorHAnsi" w:hAnsiTheme="majorHAnsi" w:cstheme="majorHAnsi"/>
                <w:sz w:val="22"/>
              </w:rPr>
            </w:pPr>
          </w:p>
        </w:tc>
        <w:tc>
          <w:tcPr>
            <w:tcW w:w="2554" w:type="dxa"/>
            <w:tcMar>
              <w:top w:w="80" w:type="dxa"/>
              <w:left w:w="80" w:type="dxa"/>
              <w:bottom w:w="80" w:type="dxa"/>
              <w:right w:w="80" w:type="dxa"/>
            </w:tcMar>
          </w:tcPr>
          <w:p w14:paraId="5FF8242E" w14:textId="77777777" w:rsidR="00504C66" w:rsidRPr="00271931" w:rsidRDefault="00504C66">
            <w:pPr>
              <w:rPr>
                <w:rFonts w:asciiTheme="majorHAnsi" w:hAnsiTheme="majorHAnsi" w:cstheme="majorHAnsi"/>
                <w:sz w:val="22"/>
              </w:rPr>
            </w:pPr>
          </w:p>
        </w:tc>
      </w:tr>
    </w:tbl>
    <w:p w14:paraId="0B12C1E6" w14:textId="77777777" w:rsidR="005D3369" w:rsidRDefault="00250777" w:rsidP="00271931">
      <w:pPr>
        <w:pStyle w:val="Heading3"/>
      </w:pPr>
      <w:r>
        <w:lastRenderedPageBreak/>
        <w:t>H2. School and Community Involvement</w:t>
      </w:r>
    </w:p>
    <w:p w14:paraId="3B320D41" w14:textId="0EE22244" w:rsidR="00E52E09" w:rsidRDefault="00250777">
      <w:pPr>
        <w:pStyle w:val="Question"/>
        <w:rPr>
          <w:b/>
          <w:bCs/>
        </w:rPr>
      </w:pPr>
      <w:r>
        <w:rPr>
          <w:b/>
        </w:rPr>
        <w:t>How have schools, students</w:t>
      </w:r>
      <w:r w:rsidR="4ADA169E" w:rsidRPr="4ADA169E">
        <w:rPr>
          <w:b/>
          <w:bCs/>
        </w:rPr>
        <w:t xml:space="preserve"> and youth</w:t>
      </w:r>
      <w:r>
        <w:rPr>
          <w:b/>
        </w:rPr>
        <w:t>, caregivers, community members, or other relevant stakeholders helped identify the need for this project or shape</w:t>
      </w:r>
      <w:r w:rsidR="00B16FA5">
        <w:rPr>
          <w:b/>
        </w:rPr>
        <w:t>d</w:t>
      </w:r>
      <w:r>
        <w:rPr>
          <w:b/>
        </w:rPr>
        <w:t xml:space="preserve"> the proposed approach</w:t>
      </w:r>
      <w:r w:rsidR="00FB05C7">
        <w:rPr>
          <w:b/>
        </w:rPr>
        <w:t xml:space="preserve"> and strategies</w:t>
      </w:r>
      <w:r>
        <w:rPr>
          <w:b/>
        </w:rPr>
        <w:t>?*</w:t>
      </w:r>
      <w:r w:rsidR="4ADA169E" w:rsidRPr="4ADA169E">
        <w:rPr>
          <w:b/>
          <w:bCs/>
        </w:rPr>
        <w:t xml:space="preserve"> </w:t>
      </w:r>
      <w:r w:rsidR="00E52E09" w:rsidRPr="00271931">
        <w:rPr>
          <w:i/>
          <w:iCs/>
        </w:rPr>
        <w:t xml:space="preserve"> [Maximum 1,250 characters]</w:t>
      </w:r>
    </w:p>
    <w:p w14:paraId="69A547F4" w14:textId="2E562E11" w:rsidR="005D3369" w:rsidRPr="00E52E09" w:rsidRDefault="4ADA169E">
      <w:pPr>
        <w:pStyle w:val="Question"/>
      </w:pPr>
      <w:r w:rsidRPr="00271931">
        <w:t>Describe how these groups will continue to participate during implementation, where appropriate.</w:t>
      </w:r>
    </w:p>
    <w:p w14:paraId="41F9938E" w14:textId="4724CEB1" w:rsidR="005D3369" w:rsidRDefault="00250777" w:rsidP="00271931">
      <w:pPr>
        <w:pStyle w:val="Heading2"/>
      </w:pPr>
      <w:r>
        <w:t xml:space="preserve">Part I. Local Match </w:t>
      </w:r>
      <w:r w:rsidR="002D037E" w:rsidRPr="005B72A6">
        <w:t>(required, not scored)</w:t>
      </w:r>
    </w:p>
    <w:p w14:paraId="1E9E7DDD" w14:textId="2BD6B78C" w:rsidR="005D3369" w:rsidRPr="00271931" w:rsidRDefault="00250777">
      <w:pPr>
        <w:pStyle w:val="Instruction"/>
        <w:rPr>
          <w:color w:val="auto"/>
          <w:sz w:val="22"/>
        </w:rPr>
      </w:pPr>
      <w:r w:rsidRPr="00271931">
        <w:rPr>
          <w:color w:val="auto"/>
          <w:sz w:val="22"/>
        </w:rPr>
        <w:t xml:space="preserve">The </w:t>
      </w:r>
      <w:r w:rsidR="00E52E09">
        <w:rPr>
          <w:color w:val="auto"/>
          <w:sz w:val="22"/>
        </w:rPr>
        <w:t xml:space="preserve">total </w:t>
      </w:r>
      <w:r w:rsidRPr="00271931">
        <w:rPr>
          <w:color w:val="auto"/>
          <w:sz w:val="22"/>
        </w:rPr>
        <w:t xml:space="preserve">project budget must include the full 20 percent local match. This section </w:t>
      </w:r>
      <w:r w:rsidR="007357BC" w:rsidRPr="00271931">
        <w:rPr>
          <w:color w:val="auto"/>
          <w:sz w:val="22"/>
        </w:rPr>
        <w:t xml:space="preserve">asks for information about </w:t>
      </w:r>
      <w:r w:rsidRPr="00271931">
        <w:rPr>
          <w:color w:val="auto"/>
          <w:sz w:val="22"/>
        </w:rPr>
        <w:t>the anticipated source and current status of that match. Applicants do not receive credit for contributing more than the required amount.</w:t>
      </w:r>
    </w:p>
    <w:p w14:paraId="414F4181" w14:textId="674C5158" w:rsidR="005D3369" w:rsidRPr="00271931" w:rsidRDefault="00250777">
      <w:pPr>
        <w:pStyle w:val="BodyText"/>
        <w:rPr>
          <w:color w:val="auto"/>
          <w:sz w:val="22"/>
        </w:rPr>
      </w:pPr>
      <w:r w:rsidRPr="00271931">
        <w:rPr>
          <w:b/>
          <w:color w:val="auto"/>
          <w:sz w:val="22"/>
        </w:rPr>
        <w:t>Required match amount</w:t>
      </w:r>
      <w:r w:rsidR="00F86B3A" w:rsidRPr="00271931">
        <w:rPr>
          <w:b/>
          <w:color w:val="auto"/>
          <w:sz w:val="22"/>
        </w:rPr>
        <w:t xml:space="preserve"> (20% of total project budget)</w:t>
      </w:r>
      <w:r w:rsidRPr="00271931">
        <w:rPr>
          <w:b/>
          <w:color w:val="auto"/>
          <w:sz w:val="22"/>
        </w:rPr>
        <w:t>*</w:t>
      </w:r>
      <w:r w:rsidR="00E52E09">
        <w:rPr>
          <w:color w:val="auto"/>
          <w:sz w:val="22"/>
        </w:rPr>
        <w:t xml:space="preserve">: </w:t>
      </w:r>
      <w:r w:rsidRPr="00271931">
        <w:rPr>
          <w:color w:val="auto"/>
          <w:sz w:val="22"/>
        </w:rPr>
        <w:t>$</w:t>
      </w:r>
    </w:p>
    <w:p w14:paraId="1890D0E0" w14:textId="37306103" w:rsidR="005D3369" w:rsidRPr="00271931" w:rsidRDefault="00250777">
      <w:pPr>
        <w:pStyle w:val="BodyText"/>
        <w:rPr>
          <w:color w:val="auto"/>
          <w:sz w:val="22"/>
        </w:rPr>
      </w:pPr>
      <w:r w:rsidRPr="00271931">
        <w:rPr>
          <w:b/>
          <w:color w:val="auto"/>
          <w:sz w:val="22"/>
        </w:rPr>
        <w:t>Anticipated source(s) of match</w:t>
      </w:r>
      <w:r w:rsidR="00E52E09">
        <w:rPr>
          <w:color w:val="auto"/>
          <w:sz w:val="22"/>
        </w:rPr>
        <w:t xml:space="preserve">*: </w:t>
      </w:r>
      <w:r w:rsidRPr="00271931">
        <w:rPr>
          <w:color w:val="auto"/>
          <w:sz w:val="22"/>
        </w:rPr>
        <w:t>[Short answer]</w:t>
      </w:r>
    </w:p>
    <w:p w14:paraId="092D578F" w14:textId="4F435B8D" w:rsidR="00497E95" w:rsidRPr="00E52E09" w:rsidRDefault="00250777" w:rsidP="00271931">
      <w:pPr>
        <w:pStyle w:val="Question"/>
        <w:keepLines/>
        <w:spacing w:after="20"/>
      </w:pPr>
      <w:r w:rsidRPr="00271931">
        <w:rPr>
          <w:b/>
          <w:bCs/>
          <w:sz w:val="22"/>
        </w:rPr>
        <w:t>Current status of the required match</w:t>
      </w:r>
      <w:r w:rsidRPr="00271931">
        <w:rPr>
          <w:sz w:val="22"/>
        </w:rPr>
        <w:t>*</w:t>
      </w:r>
      <w:r w:rsidR="00E52E09">
        <w:rPr>
          <w:sz w:val="22"/>
        </w:rPr>
        <w:t xml:space="preserve">: </w:t>
      </w:r>
      <w:r w:rsidR="00C825A5" w:rsidRPr="00E52E09">
        <w:t>Select one.</w:t>
      </w:r>
    </w:p>
    <w:p w14:paraId="2B84BD2D" w14:textId="77777777" w:rsidR="00497E95" w:rsidRPr="00271931" w:rsidRDefault="00C825A5">
      <w:pPr>
        <w:pStyle w:val="CompactBullet"/>
        <w:numPr>
          <w:ilvl w:val="0"/>
          <w:numId w:val="10"/>
        </w:numPr>
        <w:rPr>
          <w:sz w:val="22"/>
        </w:rPr>
      </w:pPr>
      <w:r w:rsidRPr="00271931">
        <w:rPr>
          <w:sz w:val="22"/>
        </w:rPr>
        <w:t>Secured or formally committed</w:t>
      </w:r>
    </w:p>
    <w:p w14:paraId="1E5A31FB" w14:textId="77777777" w:rsidR="00497E95" w:rsidRPr="00271931" w:rsidRDefault="00C825A5">
      <w:pPr>
        <w:pStyle w:val="CompactBullet"/>
        <w:numPr>
          <w:ilvl w:val="0"/>
          <w:numId w:val="10"/>
        </w:numPr>
        <w:rPr>
          <w:sz w:val="22"/>
        </w:rPr>
      </w:pPr>
      <w:r w:rsidRPr="00271931">
        <w:rPr>
          <w:sz w:val="22"/>
        </w:rPr>
        <w:t>Source identified and expected to be available, but final commitment is pending</w:t>
      </w:r>
    </w:p>
    <w:p w14:paraId="053C1A5E" w14:textId="77777777" w:rsidR="00497E95" w:rsidRPr="00271931" w:rsidRDefault="00C825A5">
      <w:pPr>
        <w:pStyle w:val="CompactBullet"/>
        <w:numPr>
          <w:ilvl w:val="0"/>
          <w:numId w:val="10"/>
        </w:numPr>
        <w:rPr>
          <w:sz w:val="22"/>
        </w:rPr>
      </w:pPr>
      <w:r w:rsidRPr="00271931">
        <w:rPr>
          <w:sz w:val="22"/>
        </w:rPr>
        <w:t>Potential source identified, but significant uncertainty remains</w:t>
      </w:r>
    </w:p>
    <w:p w14:paraId="6DCC33C1" w14:textId="77777777" w:rsidR="00497E95" w:rsidRPr="00271931" w:rsidRDefault="00C825A5" w:rsidP="00271931">
      <w:pPr>
        <w:pStyle w:val="CompactBullet"/>
        <w:numPr>
          <w:ilvl w:val="0"/>
          <w:numId w:val="10"/>
        </w:numPr>
        <w:spacing w:after="120"/>
        <w:rPr>
          <w:sz w:val="22"/>
        </w:rPr>
      </w:pPr>
      <w:r w:rsidRPr="00271931">
        <w:rPr>
          <w:sz w:val="22"/>
        </w:rPr>
        <w:t>Required match source has not yet been identified</w:t>
      </w:r>
    </w:p>
    <w:p w14:paraId="3420E10B" w14:textId="287D9240" w:rsidR="00E52E09" w:rsidRPr="00271931" w:rsidRDefault="00122164" w:rsidP="00271931">
      <w:pPr>
        <w:pStyle w:val="BodyText"/>
        <w:rPr>
          <w:i/>
          <w:iCs/>
          <w:color w:val="auto"/>
          <w:sz w:val="22"/>
        </w:rPr>
      </w:pPr>
      <w:r w:rsidRPr="00271931">
        <w:rPr>
          <w:b/>
          <w:iCs/>
          <w:color w:val="auto"/>
          <w:sz w:val="22"/>
        </w:rPr>
        <w:t>If applicable, explain why you don’t have access to any potential match funding.</w:t>
      </w:r>
      <w:r w:rsidRPr="00271931">
        <w:rPr>
          <w:b/>
          <w:i/>
          <w:iCs/>
          <w:color w:val="auto"/>
          <w:sz w:val="22"/>
        </w:rPr>
        <w:t xml:space="preserve"> </w:t>
      </w:r>
      <w:r w:rsidR="00E52E09" w:rsidRPr="00271931">
        <w:rPr>
          <w:i/>
          <w:iCs/>
          <w:color w:val="auto"/>
          <w:sz w:val="22"/>
        </w:rPr>
        <w:t>[Maximum 750 characters]</w:t>
      </w:r>
    </w:p>
    <w:p w14:paraId="661CCC4B" w14:textId="77777777" w:rsidR="00E52E09" w:rsidRDefault="00122164" w:rsidP="00122164">
      <w:pPr>
        <w:pStyle w:val="CharacterLimit"/>
        <w:rPr>
          <w:bCs/>
          <w:i w:val="0"/>
          <w:color w:val="auto"/>
          <w:sz w:val="22"/>
        </w:rPr>
      </w:pPr>
      <w:r w:rsidRPr="00271931">
        <w:rPr>
          <w:bCs/>
          <w:i w:val="0"/>
          <w:color w:val="auto"/>
          <w:sz w:val="22"/>
        </w:rPr>
        <w:t xml:space="preserve">Describe any sources you have already investigated and why they can’t meet your needs (i.e. local foundations, state and local general funds, councils of government, planning organizations, etc.). </w:t>
      </w:r>
    </w:p>
    <w:p w14:paraId="56EB231B" w14:textId="10D74D7D" w:rsidR="00122164" w:rsidRPr="00BA7E7E" w:rsidRDefault="00122164" w:rsidP="00BA7E7E">
      <w:pPr>
        <w:pStyle w:val="CharacterLimit"/>
        <w:rPr>
          <w:bCs/>
          <w:i w:val="0"/>
          <w:iCs/>
          <w:color w:val="auto"/>
          <w:sz w:val="22"/>
        </w:rPr>
      </w:pPr>
      <w:r w:rsidRPr="00271931">
        <w:rPr>
          <w:bCs/>
          <w:i w:val="0"/>
          <w:color w:val="auto"/>
          <w:sz w:val="22"/>
        </w:rPr>
        <w:t xml:space="preserve">NCDOT is investigating potential options to help provide matching funds to communities that are unable to come up with their own. </w:t>
      </w:r>
      <w:r w:rsidR="00A96E3B" w:rsidRPr="00271931">
        <w:rPr>
          <w:bCs/>
          <w:i w:val="0"/>
          <w:color w:val="auto"/>
          <w:sz w:val="22"/>
        </w:rPr>
        <w:t xml:space="preserve">NCDOT does not guarantee that any funding will be available for matching funds. </w:t>
      </w:r>
      <w:r w:rsidRPr="00271931">
        <w:rPr>
          <w:bCs/>
          <w:i w:val="0"/>
          <w:iCs/>
          <w:color w:val="auto"/>
          <w:sz w:val="22"/>
        </w:rPr>
        <w:t xml:space="preserve"> </w:t>
      </w:r>
    </w:p>
    <w:p w14:paraId="3E2EEBA8" w14:textId="661C1453" w:rsidR="005D3369" w:rsidRPr="00271931" w:rsidRDefault="00250777">
      <w:pPr>
        <w:pStyle w:val="Question"/>
        <w:rPr>
          <w:sz w:val="22"/>
        </w:rPr>
      </w:pPr>
      <w:r w:rsidRPr="00271931">
        <w:rPr>
          <w:b/>
          <w:sz w:val="22"/>
        </w:rPr>
        <w:t>If the match is not yet formally committed, briefly describe the steps and anticipated tim</w:t>
      </w:r>
      <w:r w:rsidR="00614882" w:rsidRPr="00271931">
        <w:rPr>
          <w:b/>
          <w:sz w:val="22"/>
        </w:rPr>
        <w:t>eline</w:t>
      </w:r>
      <w:r w:rsidRPr="00271931">
        <w:rPr>
          <w:b/>
          <w:sz w:val="22"/>
        </w:rPr>
        <w:t xml:space="preserve"> for confirming it.</w:t>
      </w:r>
    </w:p>
    <w:p w14:paraId="2913741C" w14:textId="77777777" w:rsidR="005D3369" w:rsidRPr="00271931" w:rsidRDefault="00250777">
      <w:pPr>
        <w:pStyle w:val="CharacterLimit"/>
        <w:rPr>
          <w:color w:val="auto"/>
          <w:sz w:val="22"/>
        </w:rPr>
      </w:pPr>
      <w:r w:rsidRPr="00271931">
        <w:rPr>
          <w:color w:val="auto"/>
          <w:sz w:val="22"/>
        </w:rPr>
        <w:t>[Maximum 750 characters]</w:t>
      </w:r>
    </w:p>
    <w:p w14:paraId="59A33683" w14:textId="770D2D63" w:rsidR="00FE17C5" w:rsidRDefault="00FE17C5" w:rsidP="00271931">
      <w:pPr>
        <w:pStyle w:val="Heading2"/>
      </w:pPr>
      <w:r>
        <w:t xml:space="preserve">Part J. Certification and </w:t>
      </w:r>
      <w:r w:rsidR="000F2E3A">
        <w:t xml:space="preserve">Supporting Documents </w:t>
      </w:r>
      <w:r>
        <w:t>(required, not scored)</w:t>
      </w:r>
    </w:p>
    <w:p w14:paraId="1CE8C331" w14:textId="1117F570" w:rsidR="005D3369" w:rsidRDefault="00250777" w:rsidP="00271931">
      <w:pPr>
        <w:pStyle w:val="Heading3"/>
      </w:pPr>
      <w:r>
        <w:t xml:space="preserve">J1. </w:t>
      </w:r>
      <w:r w:rsidR="00F05DF9">
        <w:t>Additional Supporting Documents</w:t>
      </w:r>
    </w:p>
    <w:p w14:paraId="5EA7EA46" w14:textId="24BB7B2F" w:rsidR="00E52E09" w:rsidRDefault="00E52E09" w:rsidP="002847CE">
      <w:pPr>
        <w:pStyle w:val="Instruction"/>
        <w:rPr>
          <w:color w:val="auto"/>
          <w:sz w:val="22"/>
        </w:rPr>
      </w:pPr>
      <w:r>
        <w:rPr>
          <w:color w:val="auto"/>
          <w:sz w:val="22"/>
        </w:rPr>
        <w:t>Submit</w:t>
      </w:r>
      <w:r w:rsidR="001153E8" w:rsidRPr="00271931">
        <w:rPr>
          <w:color w:val="auto"/>
          <w:sz w:val="22"/>
        </w:rPr>
        <w:t xml:space="preserve"> the required supporting documents </w:t>
      </w:r>
      <w:r w:rsidR="00E85962" w:rsidRPr="00271931">
        <w:rPr>
          <w:color w:val="auto"/>
          <w:sz w:val="22"/>
        </w:rPr>
        <w:t xml:space="preserve">by attaching them to your Smartsheet application. </w:t>
      </w:r>
    </w:p>
    <w:p w14:paraId="5EE1D22B" w14:textId="6B192B9E" w:rsidR="004D7B5B" w:rsidRPr="00271931" w:rsidRDefault="00E85962" w:rsidP="00271931">
      <w:pPr>
        <w:pStyle w:val="Instruction"/>
        <w:rPr>
          <w:i/>
          <w:iCs/>
          <w:sz w:val="22"/>
        </w:rPr>
      </w:pPr>
      <w:r w:rsidRPr="00271931">
        <w:rPr>
          <w:i/>
          <w:iCs/>
          <w:color w:val="auto"/>
          <w:sz w:val="22"/>
        </w:rPr>
        <w:t xml:space="preserve">Use the check boxes below to confirm that each document is attached. </w:t>
      </w:r>
    </w:p>
    <w:p w14:paraId="42F133C6" w14:textId="77777777" w:rsidR="004D7B5B" w:rsidRPr="00271931" w:rsidRDefault="004D7B5B" w:rsidP="004D7B5B">
      <w:pPr>
        <w:pStyle w:val="CompactBullet"/>
        <w:ind w:left="0" w:firstLine="0"/>
        <w:rPr>
          <w:b/>
          <w:bCs/>
          <w:sz w:val="22"/>
        </w:rPr>
      </w:pPr>
    </w:p>
    <w:p w14:paraId="7E979A69" w14:textId="2BC5A093" w:rsidR="00E06AE7" w:rsidRPr="00271931" w:rsidRDefault="00E52E09" w:rsidP="009502F9">
      <w:pPr>
        <w:pStyle w:val="CompactBullet"/>
        <w:numPr>
          <w:ilvl w:val="0"/>
          <w:numId w:val="31"/>
        </w:numPr>
        <w:rPr>
          <w:sz w:val="22"/>
        </w:rPr>
      </w:pPr>
      <w:r w:rsidRPr="006D6BE0">
        <w:rPr>
          <w:sz w:val="22"/>
        </w:rPr>
        <w:t xml:space="preserve">☐ </w:t>
      </w:r>
      <w:r w:rsidR="00E06AE7" w:rsidRPr="00271931">
        <w:rPr>
          <w:sz w:val="22"/>
        </w:rPr>
        <w:t>School Information Spreadsheet</w:t>
      </w:r>
    </w:p>
    <w:p w14:paraId="359258E8" w14:textId="04F39227" w:rsidR="00E06AE7" w:rsidRPr="00271931" w:rsidRDefault="00E52E09" w:rsidP="009502F9">
      <w:pPr>
        <w:pStyle w:val="CompactBullet"/>
        <w:numPr>
          <w:ilvl w:val="0"/>
          <w:numId w:val="31"/>
        </w:numPr>
        <w:rPr>
          <w:sz w:val="22"/>
        </w:rPr>
      </w:pPr>
      <w:r w:rsidRPr="006D6BE0">
        <w:rPr>
          <w:sz w:val="22"/>
        </w:rPr>
        <w:t xml:space="preserve">☐ </w:t>
      </w:r>
      <w:r w:rsidR="00E06AE7" w:rsidRPr="00271931">
        <w:rPr>
          <w:sz w:val="22"/>
        </w:rPr>
        <w:t>Proposed Work Plan</w:t>
      </w:r>
    </w:p>
    <w:p w14:paraId="5F1E9F57" w14:textId="5BCE9C1D" w:rsidR="00E06AE7" w:rsidRPr="00271931" w:rsidRDefault="00E52E09" w:rsidP="009502F9">
      <w:pPr>
        <w:pStyle w:val="CompactBullet"/>
        <w:numPr>
          <w:ilvl w:val="0"/>
          <w:numId w:val="31"/>
        </w:numPr>
        <w:rPr>
          <w:sz w:val="22"/>
        </w:rPr>
      </w:pPr>
      <w:r w:rsidRPr="006D6BE0">
        <w:rPr>
          <w:sz w:val="22"/>
        </w:rPr>
        <w:t xml:space="preserve">☐ </w:t>
      </w:r>
      <w:r w:rsidR="00E06AE7" w:rsidRPr="00271931">
        <w:rPr>
          <w:sz w:val="22"/>
        </w:rPr>
        <w:t xml:space="preserve">Budget &amp; Justification </w:t>
      </w:r>
      <w:r w:rsidR="00A92F54" w:rsidRPr="00271931">
        <w:rPr>
          <w:sz w:val="22"/>
        </w:rPr>
        <w:t>Spreadsheet</w:t>
      </w:r>
    </w:p>
    <w:p w14:paraId="6F12E2EC" w14:textId="08ADA37C" w:rsidR="007F29C7" w:rsidRPr="00271931" w:rsidRDefault="00E52E09" w:rsidP="007F29C7">
      <w:pPr>
        <w:pStyle w:val="CompactBullet"/>
        <w:numPr>
          <w:ilvl w:val="0"/>
          <w:numId w:val="31"/>
        </w:numPr>
        <w:rPr>
          <w:sz w:val="22"/>
        </w:rPr>
      </w:pPr>
      <w:r w:rsidRPr="006D6BE0">
        <w:rPr>
          <w:sz w:val="22"/>
        </w:rPr>
        <w:t xml:space="preserve">☐ </w:t>
      </w:r>
      <w:r w:rsidR="007F29C7" w:rsidRPr="00271931">
        <w:rPr>
          <w:sz w:val="22"/>
        </w:rPr>
        <w:t>Draft or final board resolution</w:t>
      </w:r>
    </w:p>
    <w:p w14:paraId="6BBEC85E" w14:textId="3FAB3D3E" w:rsidR="005D3369" w:rsidRPr="00271931" w:rsidRDefault="00E52E09" w:rsidP="00271931">
      <w:pPr>
        <w:pStyle w:val="CompactBullet"/>
        <w:numPr>
          <w:ilvl w:val="0"/>
          <w:numId w:val="31"/>
        </w:numPr>
        <w:rPr>
          <w:sz w:val="22"/>
        </w:rPr>
      </w:pPr>
      <w:r w:rsidRPr="006D6BE0">
        <w:rPr>
          <w:sz w:val="22"/>
        </w:rPr>
        <w:t xml:space="preserve">☐ </w:t>
      </w:r>
      <w:r w:rsidR="00250777" w:rsidRPr="00271931">
        <w:rPr>
          <w:sz w:val="22"/>
        </w:rPr>
        <w:t>Lead Agency authorization letter</w:t>
      </w:r>
    </w:p>
    <w:p w14:paraId="1119B117" w14:textId="593D127E" w:rsidR="005D3369" w:rsidRPr="00271931" w:rsidRDefault="00E52E09" w:rsidP="00271931">
      <w:pPr>
        <w:pStyle w:val="CompactBullet"/>
        <w:numPr>
          <w:ilvl w:val="0"/>
          <w:numId w:val="31"/>
        </w:numPr>
        <w:rPr>
          <w:sz w:val="22"/>
        </w:rPr>
      </w:pPr>
      <w:r w:rsidRPr="006D6BE0">
        <w:rPr>
          <w:sz w:val="22"/>
        </w:rPr>
        <w:t xml:space="preserve">☐ </w:t>
      </w:r>
      <w:r w:rsidR="00250777" w:rsidRPr="00271931">
        <w:rPr>
          <w:sz w:val="22"/>
        </w:rPr>
        <w:t xml:space="preserve">School district </w:t>
      </w:r>
      <w:r w:rsidR="000447DF" w:rsidRPr="00271931">
        <w:rPr>
          <w:sz w:val="22"/>
        </w:rPr>
        <w:t>and/</w:t>
      </w:r>
      <w:r w:rsidR="00250777" w:rsidRPr="00271931">
        <w:rPr>
          <w:sz w:val="22"/>
        </w:rPr>
        <w:t>or school letter(s) of support</w:t>
      </w:r>
    </w:p>
    <w:p w14:paraId="21AB8B69" w14:textId="7C133A01" w:rsidR="005D3369" w:rsidRPr="00271931" w:rsidRDefault="00E52E09" w:rsidP="00271931">
      <w:pPr>
        <w:pStyle w:val="CompactBullet"/>
        <w:numPr>
          <w:ilvl w:val="0"/>
          <w:numId w:val="31"/>
        </w:numPr>
        <w:rPr>
          <w:sz w:val="22"/>
        </w:rPr>
      </w:pPr>
      <w:r w:rsidRPr="006D6BE0">
        <w:rPr>
          <w:sz w:val="22"/>
        </w:rPr>
        <w:t xml:space="preserve">☐ </w:t>
      </w:r>
      <w:r w:rsidR="00250777" w:rsidRPr="00271931">
        <w:rPr>
          <w:sz w:val="22"/>
        </w:rPr>
        <w:t xml:space="preserve">Partner letter(s) of support </w:t>
      </w:r>
      <w:r w:rsidR="009E3153" w:rsidRPr="00271931">
        <w:rPr>
          <w:sz w:val="22"/>
        </w:rPr>
        <w:t>(</w:t>
      </w:r>
      <w:r w:rsidR="00250777" w:rsidRPr="00271931">
        <w:rPr>
          <w:sz w:val="22"/>
        </w:rPr>
        <w:t>for partners with substantial financial or implementation roles, as applicable</w:t>
      </w:r>
      <w:r w:rsidR="009E3153" w:rsidRPr="00271931">
        <w:rPr>
          <w:sz w:val="22"/>
        </w:rPr>
        <w:t>)</w:t>
      </w:r>
    </w:p>
    <w:p w14:paraId="2D7F70A5" w14:textId="629FD777" w:rsidR="005D3369" w:rsidRPr="00271931" w:rsidRDefault="00E52E09" w:rsidP="00271931">
      <w:pPr>
        <w:pStyle w:val="BodyText"/>
        <w:numPr>
          <w:ilvl w:val="0"/>
          <w:numId w:val="31"/>
        </w:numPr>
        <w:rPr>
          <w:color w:val="auto"/>
          <w:sz w:val="22"/>
        </w:rPr>
      </w:pPr>
      <w:r w:rsidRPr="006D6BE0">
        <w:rPr>
          <w:sz w:val="22"/>
        </w:rPr>
        <w:t xml:space="preserve">☐ </w:t>
      </w:r>
      <w:r w:rsidR="0087009A" w:rsidRPr="00271931">
        <w:rPr>
          <w:color w:val="auto"/>
          <w:sz w:val="22"/>
        </w:rPr>
        <w:t xml:space="preserve">Resumes </w:t>
      </w:r>
    </w:p>
    <w:p w14:paraId="5D04383D" w14:textId="0D671BED" w:rsidR="0087009A" w:rsidRPr="00271931" w:rsidRDefault="00E52E09" w:rsidP="00271931">
      <w:pPr>
        <w:pStyle w:val="BodyText"/>
        <w:numPr>
          <w:ilvl w:val="0"/>
          <w:numId w:val="31"/>
        </w:numPr>
        <w:rPr>
          <w:color w:val="auto"/>
          <w:sz w:val="22"/>
        </w:rPr>
      </w:pPr>
      <w:r w:rsidRPr="006D6BE0">
        <w:rPr>
          <w:sz w:val="22"/>
        </w:rPr>
        <w:t xml:space="preserve">☐ </w:t>
      </w:r>
      <w:r w:rsidR="009502F9" w:rsidRPr="00271931">
        <w:rPr>
          <w:color w:val="auto"/>
          <w:sz w:val="22"/>
        </w:rPr>
        <w:t>Proof of Indirect Cost Rate (if applicable)</w:t>
      </w:r>
    </w:p>
    <w:p w14:paraId="1D6B2114" w14:textId="77777777" w:rsidR="00363451" w:rsidRDefault="00F54D3E" w:rsidP="00271931">
      <w:pPr>
        <w:pStyle w:val="Heading3"/>
      </w:pPr>
      <w:r>
        <w:lastRenderedPageBreak/>
        <w:t>J2. Certification</w:t>
      </w:r>
    </w:p>
    <w:p w14:paraId="31E0B4B0" w14:textId="77777777" w:rsidR="00363451" w:rsidRPr="00271931" w:rsidRDefault="00F54D3E">
      <w:pPr>
        <w:pStyle w:val="BodyText"/>
        <w:rPr>
          <w:color w:val="auto"/>
          <w:sz w:val="22"/>
        </w:rPr>
      </w:pPr>
      <w:r w:rsidRPr="00271931">
        <w:rPr>
          <w:color w:val="auto"/>
          <w:sz w:val="22"/>
        </w:rPr>
        <w:t>By submitting this application, the authorized representative certifies that the information provided is accurate to the best of their knowledge, the Lead Agency is authorized to apply, and the Lead Agency will comply with applicable NCDOT requirements if selected.</w:t>
      </w:r>
    </w:p>
    <w:p w14:paraId="0A53E7E3" w14:textId="77777777" w:rsidR="005311D3" w:rsidRPr="00271931" w:rsidRDefault="005311D3">
      <w:pPr>
        <w:pStyle w:val="BodyText"/>
        <w:rPr>
          <w:color w:val="auto"/>
          <w:sz w:val="22"/>
        </w:rPr>
      </w:pPr>
    </w:p>
    <w:p w14:paraId="1480952A" w14:textId="5E513A39" w:rsidR="00363451" w:rsidRPr="00271931" w:rsidRDefault="00F54D3E">
      <w:pPr>
        <w:pStyle w:val="BodyText"/>
        <w:rPr>
          <w:color w:val="auto"/>
          <w:sz w:val="22"/>
        </w:rPr>
      </w:pPr>
      <w:r w:rsidRPr="00BA7E7E">
        <w:rPr>
          <w:b/>
          <w:bCs/>
          <w:color w:val="auto"/>
          <w:sz w:val="22"/>
        </w:rPr>
        <w:t>Authorized Representative Name and Title*</w:t>
      </w:r>
      <w:r w:rsidR="00BA7E7E" w:rsidRPr="00BA7E7E">
        <w:rPr>
          <w:b/>
          <w:bCs/>
          <w:color w:val="auto"/>
          <w:sz w:val="22"/>
        </w:rPr>
        <w:t>:</w:t>
      </w:r>
      <w:r w:rsidR="00BA7E7E">
        <w:rPr>
          <w:color w:val="auto"/>
          <w:sz w:val="22"/>
        </w:rPr>
        <w:t xml:space="preserve"> </w:t>
      </w:r>
      <w:r w:rsidRPr="00271931">
        <w:rPr>
          <w:color w:val="auto"/>
          <w:sz w:val="22"/>
        </w:rPr>
        <w:t>[Short answer]</w:t>
      </w:r>
    </w:p>
    <w:p w14:paraId="588BD849" w14:textId="77777777" w:rsidR="005311D3" w:rsidRPr="00271931" w:rsidRDefault="005311D3">
      <w:pPr>
        <w:pStyle w:val="BodyText"/>
        <w:rPr>
          <w:color w:val="auto"/>
          <w:sz w:val="22"/>
        </w:rPr>
      </w:pPr>
    </w:p>
    <w:p w14:paraId="479D3B1C" w14:textId="0B134980" w:rsidR="005311D3" w:rsidRPr="00271931" w:rsidRDefault="00F54D3E">
      <w:pPr>
        <w:pStyle w:val="BodyText"/>
        <w:rPr>
          <w:color w:val="auto"/>
          <w:sz w:val="22"/>
        </w:rPr>
      </w:pPr>
      <w:r w:rsidRPr="00BA7E7E">
        <w:rPr>
          <w:b/>
          <w:bCs/>
          <w:color w:val="auto"/>
          <w:sz w:val="22"/>
        </w:rPr>
        <w:t>Certification*</w:t>
      </w:r>
      <w:r w:rsidRPr="00271931">
        <w:rPr>
          <w:color w:val="auto"/>
          <w:sz w:val="22"/>
        </w:rPr>
        <w:br/>
        <w:t>☐ I certify the statements above.</w:t>
      </w:r>
    </w:p>
    <w:p w14:paraId="18F7C23C" w14:textId="77777777" w:rsidR="005311D3" w:rsidRDefault="005311D3">
      <w:pPr>
        <w:pStyle w:val="BodyText"/>
      </w:pPr>
    </w:p>
    <w:p w14:paraId="3F8236FF" w14:textId="299140FC" w:rsidR="00653664" w:rsidRDefault="00653664" w:rsidP="00653664">
      <w:pPr>
        <w:pStyle w:val="Heading1"/>
      </w:pPr>
      <w:r>
        <w:t>Record of Updates to this Form</w:t>
      </w:r>
    </w:p>
    <w:p w14:paraId="1B355D63" w14:textId="21812167" w:rsidR="00653664" w:rsidRPr="00653664" w:rsidRDefault="00653664" w:rsidP="00653664">
      <w:r>
        <w:t>10/13/26 – Total funding amount updated from $300,000 to $400,000</w:t>
      </w:r>
      <w:r w:rsidR="002E3D72">
        <w:t xml:space="preserve">; UEI field added to Part A. </w:t>
      </w:r>
    </w:p>
    <w:sectPr w:rsidR="00653664" w:rsidRPr="00653664" w:rsidSect="00034616">
      <w:footerReference w:type="default" r:id="rId15"/>
      <w:pgSz w:w="12240" w:h="15840"/>
      <w:pgMar w:top="864" w:right="1008" w:bottom="864" w:left="1008"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1A2DD" w14:textId="77777777" w:rsidR="00893BAB" w:rsidRDefault="00893BAB">
      <w:pPr>
        <w:spacing w:after="0" w:line="240" w:lineRule="auto"/>
      </w:pPr>
      <w:r>
        <w:separator/>
      </w:r>
    </w:p>
  </w:endnote>
  <w:endnote w:type="continuationSeparator" w:id="0">
    <w:p w14:paraId="399F8B29" w14:textId="77777777" w:rsidR="00893BAB" w:rsidRDefault="00893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1CAF" w14:textId="034839CE" w:rsidR="005D3369" w:rsidRDefault="00250777">
    <w:pPr>
      <w:pStyle w:val="Footer"/>
      <w:jc w:val="center"/>
    </w:pPr>
    <w:r>
      <w:rPr>
        <w:color w:val="666666"/>
        <w:sz w:val="16"/>
      </w:rPr>
      <w:t>NCDOT Safe Routes to School Program</w:t>
    </w:r>
    <w:r w:rsidR="0037326E">
      <w:rPr>
        <w:color w:val="666666"/>
        <w:sz w:val="16"/>
      </w:rPr>
      <w:t>ming and Planning</w:t>
    </w:r>
    <w:r>
      <w:rPr>
        <w:color w:val="666666"/>
        <w:sz w:val="16"/>
      </w:rPr>
      <w:t xml:space="preserve"> Application Worksheet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59C1D" w14:textId="77777777" w:rsidR="00893BAB" w:rsidRDefault="00893BAB">
      <w:pPr>
        <w:spacing w:after="0" w:line="240" w:lineRule="auto"/>
      </w:pPr>
      <w:r>
        <w:separator/>
      </w:r>
    </w:p>
  </w:footnote>
  <w:footnote w:type="continuationSeparator" w:id="0">
    <w:p w14:paraId="47513AEF" w14:textId="77777777" w:rsidR="00893BAB" w:rsidRDefault="00893B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23367F"/>
    <w:multiLevelType w:val="hybridMultilevel"/>
    <w:tmpl w:val="DD06C51E"/>
    <w:lvl w:ilvl="0" w:tplc="8EBC4A42">
      <w:start w:val="1"/>
      <w:numFmt w:val="decimal"/>
      <w:lvlText w:val="%1."/>
      <w:lvlJc w:val="left"/>
      <w:pPr>
        <w:ind w:left="1020" w:hanging="360"/>
      </w:pPr>
    </w:lvl>
    <w:lvl w:ilvl="1" w:tplc="35FED0B8">
      <w:start w:val="1"/>
      <w:numFmt w:val="decimal"/>
      <w:lvlText w:val="%2."/>
      <w:lvlJc w:val="left"/>
      <w:pPr>
        <w:ind w:left="1020" w:hanging="360"/>
      </w:pPr>
    </w:lvl>
    <w:lvl w:ilvl="2" w:tplc="9EBAB70C">
      <w:start w:val="1"/>
      <w:numFmt w:val="decimal"/>
      <w:lvlText w:val="%3."/>
      <w:lvlJc w:val="left"/>
      <w:pPr>
        <w:ind w:left="1020" w:hanging="360"/>
      </w:pPr>
    </w:lvl>
    <w:lvl w:ilvl="3" w:tplc="D884CC5C">
      <w:start w:val="1"/>
      <w:numFmt w:val="decimal"/>
      <w:lvlText w:val="%4."/>
      <w:lvlJc w:val="left"/>
      <w:pPr>
        <w:ind w:left="1020" w:hanging="360"/>
      </w:pPr>
    </w:lvl>
    <w:lvl w:ilvl="4" w:tplc="8A72B444">
      <w:start w:val="1"/>
      <w:numFmt w:val="decimal"/>
      <w:lvlText w:val="%5."/>
      <w:lvlJc w:val="left"/>
      <w:pPr>
        <w:ind w:left="1020" w:hanging="360"/>
      </w:pPr>
    </w:lvl>
    <w:lvl w:ilvl="5" w:tplc="3196958A">
      <w:start w:val="1"/>
      <w:numFmt w:val="decimal"/>
      <w:lvlText w:val="%6."/>
      <w:lvlJc w:val="left"/>
      <w:pPr>
        <w:ind w:left="1020" w:hanging="360"/>
      </w:pPr>
    </w:lvl>
    <w:lvl w:ilvl="6" w:tplc="358CA99A">
      <w:start w:val="1"/>
      <w:numFmt w:val="decimal"/>
      <w:lvlText w:val="%7."/>
      <w:lvlJc w:val="left"/>
      <w:pPr>
        <w:ind w:left="1020" w:hanging="360"/>
      </w:pPr>
    </w:lvl>
    <w:lvl w:ilvl="7" w:tplc="133EB022">
      <w:start w:val="1"/>
      <w:numFmt w:val="decimal"/>
      <w:lvlText w:val="%8."/>
      <w:lvlJc w:val="left"/>
      <w:pPr>
        <w:ind w:left="1020" w:hanging="360"/>
      </w:pPr>
    </w:lvl>
    <w:lvl w:ilvl="8" w:tplc="A5623384">
      <w:start w:val="1"/>
      <w:numFmt w:val="decimal"/>
      <w:lvlText w:val="%9."/>
      <w:lvlJc w:val="left"/>
      <w:pPr>
        <w:ind w:left="1020" w:hanging="360"/>
      </w:pPr>
    </w:lvl>
  </w:abstractNum>
  <w:abstractNum w:abstractNumId="10" w15:restartNumberingAfterBreak="0">
    <w:nsid w:val="03EF0460"/>
    <w:multiLevelType w:val="hybridMultilevel"/>
    <w:tmpl w:val="97F40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BE0281"/>
    <w:multiLevelType w:val="hybridMultilevel"/>
    <w:tmpl w:val="4AD8A072"/>
    <w:lvl w:ilvl="0" w:tplc="04090001">
      <w:start w:val="1"/>
      <w:numFmt w:val="bullet"/>
      <w:lvlText w:val=""/>
      <w:lvlJc w:val="left"/>
      <w:pPr>
        <w:ind w:left="907" w:hanging="360"/>
      </w:pPr>
      <w:rPr>
        <w:rFonts w:ascii="Symbol" w:hAnsi="Symbol" w:hint="default"/>
      </w:rPr>
    </w:lvl>
    <w:lvl w:ilvl="1" w:tplc="FFFFFFFF">
      <w:start w:val="1"/>
      <w:numFmt w:val="bullet"/>
      <w:lvlText w:val="o"/>
      <w:lvlJc w:val="left"/>
      <w:pPr>
        <w:ind w:left="1627" w:hanging="360"/>
      </w:pPr>
      <w:rPr>
        <w:rFonts w:ascii="Courier New" w:hAnsi="Courier New" w:cs="Courier New" w:hint="default"/>
      </w:rPr>
    </w:lvl>
    <w:lvl w:ilvl="2" w:tplc="FFFFFFFF" w:tentative="1">
      <w:start w:val="1"/>
      <w:numFmt w:val="bullet"/>
      <w:lvlText w:val=""/>
      <w:lvlJc w:val="left"/>
      <w:pPr>
        <w:ind w:left="2347" w:hanging="360"/>
      </w:pPr>
      <w:rPr>
        <w:rFonts w:ascii="Wingdings" w:hAnsi="Wingdings" w:hint="default"/>
      </w:rPr>
    </w:lvl>
    <w:lvl w:ilvl="3" w:tplc="FFFFFFFF" w:tentative="1">
      <w:start w:val="1"/>
      <w:numFmt w:val="bullet"/>
      <w:lvlText w:val=""/>
      <w:lvlJc w:val="left"/>
      <w:pPr>
        <w:ind w:left="3067" w:hanging="360"/>
      </w:pPr>
      <w:rPr>
        <w:rFonts w:ascii="Symbol" w:hAnsi="Symbol" w:hint="default"/>
      </w:rPr>
    </w:lvl>
    <w:lvl w:ilvl="4" w:tplc="FFFFFFFF" w:tentative="1">
      <w:start w:val="1"/>
      <w:numFmt w:val="bullet"/>
      <w:lvlText w:val="o"/>
      <w:lvlJc w:val="left"/>
      <w:pPr>
        <w:ind w:left="3787" w:hanging="360"/>
      </w:pPr>
      <w:rPr>
        <w:rFonts w:ascii="Courier New" w:hAnsi="Courier New" w:cs="Courier New" w:hint="default"/>
      </w:rPr>
    </w:lvl>
    <w:lvl w:ilvl="5" w:tplc="FFFFFFFF" w:tentative="1">
      <w:start w:val="1"/>
      <w:numFmt w:val="bullet"/>
      <w:lvlText w:val=""/>
      <w:lvlJc w:val="left"/>
      <w:pPr>
        <w:ind w:left="4507" w:hanging="360"/>
      </w:pPr>
      <w:rPr>
        <w:rFonts w:ascii="Wingdings" w:hAnsi="Wingdings" w:hint="default"/>
      </w:rPr>
    </w:lvl>
    <w:lvl w:ilvl="6" w:tplc="FFFFFFFF" w:tentative="1">
      <w:start w:val="1"/>
      <w:numFmt w:val="bullet"/>
      <w:lvlText w:val=""/>
      <w:lvlJc w:val="left"/>
      <w:pPr>
        <w:ind w:left="5227" w:hanging="360"/>
      </w:pPr>
      <w:rPr>
        <w:rFonts w:ascii="Symbol" w:hAnsi="Symbol" w:hint="default"/>
      </w:rPr>
    </w:lvl>
    <w:lvl w:ilvl="7" w:tplc="FFFFFFFF" w:tentative="1">
      <w:start w:val="1"/>
      <w:numFmt w:val="bullet"/>
      <w:lvlText w:val="o"/>
      <w:lvlJc w:val="left"/>
      <w:pPr>
        <w:ind w:left="5947" w:hanging="360"/>
      </w:pPr>
      <w:rPr>
        <w:rFonts w:ascii="Courier New" w:hAnsi="Courier New" w:cs="Courier New" w:hint="default"/>
      </w:rPr>
    </w:lvl>
    <w:lvl w:ilvl="8" w:tplc="FFFFFFFF" w:tentative="1">
      <w:start w:val="1"/>
      <w:numFmt w:val="bullet"/>
      <w:lvlText w:val=""/>
      <w:lvlJc w:val="left"/>
      <w:pPr>
        <w:ind w:left="6667" w:hanging="360"/>
      </w:pPr>
      <w:rPr>
        <w:rFonts w:ascii="Wingdings" w:hAnsi="Wingdings" w:hint="default"/>
      </w:rPr>
    </w:lvl>
  </w:abstractNum>
  <w:abstractNum w:abstractNumId="12" w15:restartNumberingAfterBreak="0">
    <w:nsid w:val="0EF45577"/>
    <w:multiLevelType w:val="hybridMultilevel"/>
    <w:tmpl w:val="57AE46F0"/>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3" w15:restartNumberingAfterBreak="0">
    <w:nsid w:val="10FE157F"/>
    <w:multiLevelType w:val="hybridMultilevel"/>
    <w:tmpl w:val="AD4AA1C8"/>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4" w15:restartNumberingAfterBreak="0">
    <w:nsid w:val="1317015C"/>
    <w:multiLevelType w:val="hybridMultilevel"/>
    <w:tmpl w:val="A466499C"/>
    <w:lvl w:ilvl="0" w:tplc="460A4B96">
      <w:start w:val="1"/>
      <w:numFmt w:val="decimal"/>
      <w:lvlText w:val="%1."/>
      <w:lvlJc w:val="left"/>
      <w:pPr>
        <w:ind w:left="1020" w:hanging="360"/>
      </w:pPr>
    </w:lvl>
    <w:lvl w:ilvl="1" w:tplc="1C38E792">
      <w:start w:val="1"/>
      <w:numFmt w:val="decimal"/>
      <w:lvlText w:val="%2."/>
      <w:lvlJc w:val="left"/>
      <w:pPr>
        <w:ind w:left="1020" w:hanging="360"/>
      </w:pPr>
    </w:lvl>
    <w:lvl w:ilvl="2" w:tplc="60AE80D6">
      <w:start w:val="1"/>
      <w:numFmt w:val="decimal"/>
      <w:lvlText w:val="%3."/>
      <w:lvlJc w:val="left"/>
      <w:pPr>
        <w:ind w:left="1020" w:hanging="360"/>
      </w:pPr>
    </w:lvl>
    <w:lvl w:ilvl="3" w:tplc="31526CB0">
      <w:start w:val="1"/>
      <w:numFmt w:val="decimal"/>
      <w:lvlText w:val="%4."/>
      <w:lvlJc w:val="left"/>
      <w:pPr>
        <w:ind w:left="1020" w:hanging="360"/>
      </w:pPr>
    </w:lvl>
    <w:lvl w:ilvl="4" w:tplc="3A5AFBAA">
      <w:start w:val="1"/>
      <w:numFmt w:val="decimal"/>
      <w:lvlText w:val="%5."/>
      <w:lvlJc w:val="left"/>
      <w:pPr>
        <w:ind w:left="1020" w:hanging="360"/>
      </w:pPr>
    </w:lvl>
    <w:lvl w:ilvl="5" w:tplc="6630BAD8">
      <w:start w:val="1"/>
      <w:numFmt w:val="decimal"/>
      <w:lvlText w:val="%6."/>
      <w:lvlJc w:val="left"/>
      <w:pPr>
        <w:ind w:left="1020" w:hanging="360"/>
      </w:pPr>
    </w:lvl>
    <w:lvl w:ilvl="6" w:tplc="72663DBE">
      <w:start w:val="1"/>
      <w:numFmt w:val="decimal"/>
      <w:lvlText w:val="%7."/>
      <w:lvlJc w:val="left"/>
      <w:pPr>
        <w:ind w:left="1020" w:hanging="360"/>
      </w:pPr>
    </w:lvl>
    <w:lvl w:ilvl="7" w:tplc="F104A58E">
      <w:start w:val="1"/>
      <w:numFmt w:val="decimal"/>
      <w:lvlText w:val="%8."/>
      <w:lvlJc w:val="left"/>
      <w:pPr>
        <w:ind w:left="1020" w:hanging="360"/>
      </w:pPr>
    </w:lvl>
    <w:lvl w:ilvl="8" w:tplc="ADF07898">
      <w:start w:val="1"/>
      <w:numFmt w:val="decimal"/>
      <w:lvlText w:val="%9."/>
      <w:lvlJc w:val="left"/>
      <w:pPr>
        <w:ind w:left="1020" w:hanging="360"/>
      </w:pPr>
    </w:lvl>
  </w:abstractNum>
  <w:abstractNum w:abstractNumId="15" w15:restartNumberingAfterBreak="0">
    <w:nsid w:val="138F05D6"/>
    <w:multiLevelType w:val="hybridMultilevel"/>
    <w:tmpl w:val="09E26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C50F6A"/>
    <w:multiLevelType w:val="hybridMultilevel"/>
    <w:tmpl w:val="0F266C34"/>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7" w15:restartNumberingAfterBreak="0">
    <w:nsid w:val="287722D1"/>
    <w:multiLevelType w:val="hybridMultilevel"/>
    <w:tmpl w:val="AB14CEB2"/>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8" w15:restartNumberingAfterBreak="0">
    <w:nsid w:val="307A6598"/>
    <w:multiLevelType w:val="hybridMultilevel"/>
    <w:tmpl w:val="74E294D0"/>
    <w:lvl w:ilvl="0" w:tplc="989E64A4">
      <w:start w:val="1"/>
      <w:numFmt w:val="decimal"/>
      <w:lvlText w:val="%1."/>
      <w:lvlJc w:val="left"/>
      <w:pPr>
        <w:ind w:left="1020" w:hanging="360"/>
      </w:pPr>
    </w:lvl>
    <w:lvl w:ilvl="1" w:tplc="5142EB86">
      <w:start w:val="1"/>
      <w:numFmt w:val="decimal"/>
      <w:lvlText w:val="%2."/>
      <w:lvlJc w:val="left"/>
      <w:pPr>
        <w:ind w:left="1020" w:hanging="360"/>
      </w:pPr>
    </w:lvl>
    <w:lvl w:ilvl="2" w:tplc="FCCCA0D0">
      <w:start w:val="1"/>
      <w:numFmt w:val="decimal"/>
      <w:lvlText w:val="%3."/>
      <w:lvlJc w:val="left"/>
      <w:pPr>
        <w:ind w:left="1020" w:hanging="360"/>
      </w:pPr>
    </w:lvl>
    <w:lvl w:ilvl="3" w:tplc="CB96E7BC">
      <w:start w:val="1"/>
      <w:numFmt w:val="decimal"/>
      <w:lvlText w:val="%4."/>
      <w:lvlJc w:val="left"/>
      <w:pPr>
        <w:ind w:left="1020" w:hanging="360"/>
      </w:pPr>
    </w:lvl>
    <w:lvl w:ilvl="4" w:tplc="9D5ECEAE">
      <w:start w:val="1"/>
      <w:numFmt w:val="decimal"/>
      <w:lvlText w:val="%5."/>
      <w:lvlJc w:val="left"/>
      <w:pPr>
        <w:ind w:left="1020" w:hanging="360"/>
      </w:pPr>
    </w:lvl>
    <w:lvl w:ilvl="5" w:tplc="6004EA04">
      <w:start w:val="1"/>
      <w:numFmt w:val="decimal"/>
      <w:lvlText w:val="%6."/>
      <w:lvlJc w:val="left"/>
      <w:pPr>
        <w:ind w:left="1020" w:hanging="360"/>
      </w:pPr>
    </w:lvl>
    <w:lvl w:ilvl="6" w:tplc="1CB24C1A">
      <w:start w:val="1"/>
      <w:numFmt w:val="decimal"/>
      <w:lvlText w:val="%7."/>
      <w:lvlJc w:val="left"/>
      <w:pPr>
        <w:ind w:left="1020" w:hanging="360"/>
      </w:pPr>
    </w:lvl>
    <w:lvl w:ilvl="7" w:tplc="EFFAF724">
      <w:start w:val="1"/>
      <w:numFmt w:val="decimal"/>
      <w:lvlText w:val="%8."/>
      <w:lvlJc w:val="left"/>
      <w:pPr>
        <w:ind w:left="1020" w:hanging="360"/>
      </w:pPr>
    </w:lvl>
    <w:lvl w:ilvl="8" w:tplc="D7F46864">
      <w:start w:val="1"/>
      <w:numFmt w:val="decimal"/>
      <w:lvlText w:val="%9."/>
      <w:lvlJc w:val="left"/>
      <w:pPr>
        <w:ind w:left="1020" w:hanging="360"/>
      </w:pPr>
    </w:lvl>
  </w:abstractNum>
  <w:abstractNum w:abstractNumId="19" w15:restartNumberingAfterBreak="0">
    <w:nsid w:val="370F7C6E"/>
    <w:multiLevelType w:val="hybridMultilevel"/>
    <w:tmpl w:val="AC8CE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054ABD"/>
    <w:multiLevelType w:val="hybridMultilevel"/>
    <w:tmpl w:val="EAC048E6"/>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1" w15:restartNumberingAfterBreak="0">
    <w:nsid w:val="427C4BAB"/>
    <w:multiLevelType w:val="hybridMultilevel"/>
    <w:tmpl w:val="AD3A1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2C6C73"/>
    <w:multiLevelType w:val="hybridMultilevel"/>
    <w:tmpl w:val="620CEFC2"/>
    <w:lvl w:ilvl="0" w:tplc="D0922926">
      <w:start w:val="1"/>
      <w:numFmt w:val="bullet"/>
      <w:lvlText w:val="o"/>
      <w:lvlJc w:val="left"/>
      <w:pPr>
        <w:ind w:left="907" w:hanging="360"/>
      </w:pPr>
      <w:rPr>
        <w:rFonts w:ascii="Courier New" w:hAnsi="Courier New" w:hint="default"/>
      </w:rPr>
    </w:lvl>
    <w:lvl w:ilvl="1" w:tplc="FFFFFFFF" w:tentative="1">
      <w:start w:val="1"/>
      <w:numFmt w:val="bullet"/>
      <w:lvlText w:val="o"/>
      <w:lvlJc w:val="left"/>
      <w:pPr>
        <w:ind w:left="1627" w:hanging="360"/>
      </w:pPr>
      <w:rPr>
        <w:rFonts w:ascii="Courier New" w:hAnsi="Courier New" w:cs="Courier New" w:hint="default"/>
      </w:rPr>
    </w:lvl>
    <w:lvl w:ilvl="2" w:tplc="FFFFFFFF" w:tentative="1">
      <w:start w:val="1"/>
      <w:numFmt w:val="bullet"/>
      <w:lvlText w:val=""/>
      <w:lvlJc w:val="left"/>
      <w:pPr>
        <w:ind w:left="2347" w:hanging="360"/>
      </w:pPr>
      <w:rPr>
        <w:rFonts w:ascii="Wingdings" w:hAnsi="Wingdings" w:hint="default"/>
      </w:rPr>
    </w:lvl>
    <w:lvl w:ilvl="3" w:tplc="FFFFFFFF" w:tentative="1">
      <w:start w:val="1"/>
      <w:numFmt w:val="bullet"/>
      <w:lvlText w:val=""/>
      <w:lvlJc w:val="left"/>
      <w:pPr>
        <w:ind w:left="3067" w:hanging="360"/>
      </w:pPr>
      <w:rPr>
        <w:rFonts w:ascii="Symbol" w:hAnsi="Symbol" w:hint="default"/>
      </w:rPr>
    </w:lvl>
    <w:lvl w:ilvl="4" w:tplc="FFFFFFFF" w:tentative="1">
      <w:start w:val="1"/>
      <w:numFmt w:val="bullet"/>
      <w:lvlText w:val="o"/>
      <w:lvlJc w:val="left"/>
      <w:pPr>
        <w:ind w:left="3787" w:hanging="360"/>
      </w:pPr>
      <w:rPr>
        <w:rFonts w:ascii="Courier New" w:hAnsi="Courier New" w:cs="Courier New" w:hint="default"/>
      </w:rPr>
    </w:lvl>
    <w:lvl w:ilvl="5" w:tplc="FFFFFFFF" w:tentative="1">
      <w:start w:val="1"/>
      <w:numFmt w:val="bullet"/>
      <w:lvlText w:val=""/>
      <w:lvlJc w:val="left"/>
      <w:pPr>
        <w:ind w:left="4507" w:hanging="360"/>
      </w:pPr>
      <w:rPr>
        <w:rFonts w:ascii="Wingdings" w:hAnsi="Wingdings" w:hint="default"/>
      </w:rPr>
    </w:lvl>
    <w:lvl w:ilvl="6" w:tplc="FFFFFFFF" w:tentative="1">
      <w:start w:val="1"/>
      <w:numFmt w:val="bullet"/>
      <w:lvlText w:val=""/>
      <w:lvlJc w:val="left"/>
      <w:pPr>
        <w:ind w:left="5227" w:hanging="360"/>
      </w:pPr>
      <w:rPr>
        <w:rFonts w:ascii="Symbol" w:hAnsi="Symbol" w:hint="default"/>
      </w:rPr>
    </w:lvl>
    <w:lvl w:ilvl="7" w:tplc="FFFFFFFF" w:tentative="1">
      <w:start w:val="1"/>
      <w:numFmt w:val="bullet"/>
      <w:lvlText w:val="o"/>
      <w:lvlJc w:val="left"/>
      <w:pPr>
        <w:ind w:left="5947" w:hanging="360"/>
      </w:pPr>
      <w:rPr>
        <w:rFonts w:ascii="Courier New" w:hAnsi="Courier New" w:cs="Courier New" w:hint="default"/>
      </w:rPr>
    </w:lvl>
    <w:lvl w:ilvl="8" w:tplc="FFFFFFFF" w:tentative="1">
      <w:start w:val="1"/>
      <w:numFmt w:val="bullet"/>
      <w:lvlText w:val=""/>
      <w:lvlJc w:val="left"/>
      <w:pPr>
        <w:ind w:left="6667" w:hanging="360"/>
      </w:pPr>
      <w:rPr>
        <w:rFonts w:ascii="Wingdings" w:hAnsi="Wingdings" w:hint="default"/>
      </w:rPr>
    </w:lvl>
  </w:abstractNum>
  <w:abstractNum w:abstractNumId="23" w15:restartNumberingAfterBreak="0">
    <w:nsid w:val="4F03779F"/>
    <w:multiLevelType w:val="hybridMultilevel"/>
    <w:tmpl w:val="DBC46E9C"/>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4" w15:restartNumberingAfterBreak="0">
    <w:nsid w:val="540A51D0"/>
    <w:multiLevelType w:val="hybridMultilevel"/>
    <w:tmpl w:val="C3948640"/>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5" w15:restartNumberingAfterBreak="0">
    <w:nsid w:val="56885E9F"/>
    <w:multiLevelType w:val="hybridMultilevel"/>
    <w:tmpl w:val="7840D4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4E7F5A"/>
    <w:multiLevelType w:val="hybridMultilevel"/>
    <w:tmpl w:val="066846B8"/>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7" w15:restartNumberingAfterBreak="0">
    <w:nsid w:val="61892239"/>
    <w:multiLevelType w:val="hybridMultilevel"/>
    <w:tmpl w:val="448C4420"/>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8" w15:restartNumberingAfterBreak="0">
    <w:nsid w:val="61EB3D04"/>
    <w:multiLevelType w:val="hybridMultilevel"/>
    <w:tmpl w:val="28441BE4"/>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9" w15:restartNumberingAfterBreak="0">
    <w:nsid w:val="68CA4A58"/>
    <w:multiLevelType w:val="hybridMultilevel"/>
    <w:tmpl w:val="4912CA52"/>
    <w:lvl w:ilvl="0" w:tplc="04090003">
      <w:start w:val="1"/>
      <w:numFmt w:val="bullet"/>
      <w:lvlText w:val="o"/>
      <w:lvlJc w:val="left"/>
      <w:pPr>
        <w:ind w:left="907" w:hanging="360"/>
      </w:pPr>
      <w:rPr>
        <w:rFonts w:ascii="Courier New" w:hAnsi="Courier New" w:cs="Courier New" w:hint="default"/>
      </w:rPr>
    </w:lvl>
    <w:lvl w:ilvl="1" w:tplc="FFFFFFFF">
      <w:start w:val="1"/>
      <w:numFmt w:val="bullet"/>
      <w:lvlText w:val="o"/>
      <w:lvlJc w:val="left"/>
      <w:pPr>
        <w:ind w:left="1627" w:hanging="360"/>
      </w:pPr>
      <w:rPr>
        <w:rFonts w:ascii="Courier New" w:hAnsi="Courier New" w:cs="Courier New" w:hint="default"/>
      </w:rPr>
    </w:lvl>
    <w:lvl w:ilvl="2" w:tplc="FFFFFFFF" w:tentative="1">
      <w:start w:val="1"/>
      <w:numFmt w:val="bullet"/>
      <w:lvlText w:val=""/>
      <w:lvlJc w:val="left"/>
      <w:pPr>
        <w:ind w:left="2347" w:hanging="360"/>
      </w:pPr>
      <w:rPr>
        <w:rFonts w:ascii="Wingdings" w:hAnsi="Wingdings" w:hint="default"/>
      </w:rPr>
    </w:lvl>
    <w:lvl w:ilvl="3" w:tplc="FFFFFFFF" w:tentative="1">
      <w:start w:val="1"/>
      <w:numFmt w:val="bullet"/>
      <w:lvlText w:val=""/>
      <w:lvlJc w:val="left"/>
      <w:pPr>
        <w:ind w:left="3067" w:hanging="360"/>
      </w:pPr>
      <w:rPr>
        <w:rFonts w:ascii="Symbol" w:hAnsi="Symbol" w:hint="default"/>
      </w:rPr>
    </w:lvl>
    <w:lvl w:ilvl="4" w:tplc="FFFFFFFF" w:tentative="1">
      <w:start w:val="1"/>
      <w:numFmt w:val="bullet"/>
      <w:lvlText w:val="o"/>
      <w:lvlJc w:val="left"/>
      <w:pPr>
        <w:ind w:left="3787" w:hanging="360"/>
      </w:pPr>
      <w:rPr>
        <w:rFonts w:ascii="Courier New" w:hAnsi="Courier New" w:cs="Courier New" w:hint="default"/>
      </w:rPr>
    </w:lvl>
    <w:lvl w:ilvl="5" w:tplc="FFFFFFFF" w:tentative="1">
      <w:start w:val="1"/>
      <w:numFmt w:val="bullet"/>
      <w:lvlText w:val=""/>
      <w:lvlJc w:val="left"/>
      <w:pPr>
        <w:ind w:left="4507" w:hanging="360"/>
      </w:pPr>
      <w:rPr>
        <w:rFonts w:ascii="Wingdings" w:hAnsi="Wingdings" w:hint="default"/>
      </w:rPr>
    </w:lvl>
    <w:lvl w:ilvl="6" w:tplc="FFFFFFFF" w:tentative="1">
      <w:start w:val="1"/>
      <w:numFmt w:val="bullet"/>
      <w:lvlText w:val=""/>
      <w:lvlJc w:val="left"/>
      <w:pPr>
        <w:ind w:left="5227" w:hanging="360"/>
      </w:pPr>
      <w:rPr>
        <w:rFonts w:ascii="Symbol" w:hAnsi="Symbol" w:hint="default"/>
      </w:rPr>
    </w:lvl>
    <w:lvl w:ilvl="7" w:tplc="FFFFFFFF" w:tentative="1">
      <w:start w:val="1"/>
      <w:numFmt w:val="bullet"/>
      <w:lvlText w:val="o"/>
      <w:lvlJc w:val="left"/>
      <w:pPr>
        <w:ind w:left="5947" w:hanging="360"/>
      </w:pPr>
      <w:rPr>
        <w:rFonts w:ascii="Courier New" w:hAnsi="Courier New" w:cs="Courier New" w:hint="default"/>
      </w:rPr>
    </w:lvl>
    <w:lvl w:ilvl="8" w:tplc="FFFFFFFF" w:tentative="1">
      <w:start w:val="1"/>
      <w:numFmt w:val="bullet"/>
      <w:lvlText w:val=""/>
      <w:lvlJc w:val="left"/>
      <w:pPr>
        <w:ind w:left="6667" w:hanging="360"/>
      </w:pPr>
      <w:rPr>
        <w:rFonts w:ascii="Wingdings" w:hAnsi="Wingdings" w:hint="default"/>
      </w:rPr>
    </w:lvl>
  </w:abstractNum>
  <w:abstractNum w:abstractNumId="30" w15:restartNumberingAfterBreak="0">
    <w:nsid w:val="6E126BE6"/>
    <w:multiLevelType w:val="hybridMultilevel"/>
    <w:tmpl w:val="68CCB1BC"/>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1" w15:restartNumberingAfterBreak="0">
    <w:nsid w:val="6E16176D"/>
    <w:multiLevelType w:val="hybridMultilevel"/>
    <w:tmpl w:val="E8EC605E"/>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2" w15:restartNumberingAfterBreak="0">
    <w:nsid w:val="72CC507D"/>
    <w:multiLevelType w:val="hybridMultilevel"/>
    <w:tmpl w:val="DA86D318"/>
    <w:lvl w:ilvl="0" w:tplc="48684B66">
      <w:start w:val="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2733A2"/>
    <w:multiLevelType w:val="hybridMultilevel"/>
    <w:tmpl w:val="37BEDDB4"/>
    <w:lvl w:ilvl="0" w:tplc="04090001">
      <w:start w:val="1"/>
      <w:numFmt w:val="bullet"/>
      <w:lvlText w:val=""/>
      <w:lvlJc w:val="left"/>
      <w:pPr>
        <w:ind w:left="907" w:hanging="360"/>
      </w:pPr>
      <w:rPr>
        <w:rFonts w:ascii="Symbol" w:hAnsi="Symbol" w:hint="default"/>
      </w:rPr>
    </w:lvl>
    <w:lvl w:ilvl="1" w:tplc="04090003">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4" w15:restartNumberingAfterBreak="0">
    <w:nsid w:val="79D232B8"/>
    <w:multiLevelType w:val="hybridMultilevel"/>
    <w:tmpl w:val="C038D1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5395185">
    <w:abstractNumId w:val="8"/>
  </w:num>
  <w:num w:numId="2" w16cid:durableId="675546501">
    <w:abstractNumId w:val="6"/>
  </w:num>
  <w:num w:numId="3" w16cid:durableId="1378775051">
    <w:abstractNumId w:val="5"/>
  </w:num>
  <w:num w:numId="4" w16cid:durableId="1375960092">
    <w:abstractNumId w:val="4"/>
  </w:num>
  <w:num w:numId="5" w16cid:durableId="997222694">
    <w:abstractNumId w:val="7"/>
  </w:num>
  <w:num w:numId="6" w16cid:durableId="496700170">
    <w:abstractNumId w:val="3"/>
  </w:num>
  <w:num w:numId="7" w16cid:durableId="1039892431">
    <w:abstractNumId w:val="2"/>
  </w:num>
  <w:num w:numId="8" w16cid:durableId="161049084">
    <w:abstractNumId w:val="1"/>
  </w:num>
  <w:num w:numId="9" w16cid:durableId="171456108">
    <w:abstractNumId w:val="0"/>
  </w:num>
  <w:num w:numId="10" w16cid:durableId="1455980205">
    <w:abstractNumId w:val="33"/>
  </w:num>
  <w:num w:numId="11" w16cid:durableId="1401907466">
    <w:abstractNumId w:val="27"/>
  </w:num>
  <w:num w:numId="12" w16cid:durableId="410855816">
    <w:abstractNumId w:val="31"/>
  </w:num>
  <w:num w:numId="13" w16cid:durableId="1557008394">
    <w:abstractNumId w:val="12"/>
  </w:num>
  <w:num w:numId="14" w16cid:durableId="1785424841">
    <w:abstractNumId w:val="26"/>
  </w:num>
  <w:num w:numId="15" w16cid:durableId="50809656">
    <w:abstractNumId w:val="30"/>
  </w:num>
  <w:num w:numId="16" w16cid:durableId="191458991">
    <w:abstractNumId w:val="13"/>
  </w:num>
  <w:num w:numId="17" w16cid:durableId="2141876172">
    <w:abstractNumId w:val="17"/>
  </w:num>
  <w:num w:numId="18" w16cid:durableId="1112238816">
    <w:abstractNumId w:val="24"/>
  </w:num>
  <w:num w:numId="19" w16cid:durableId="407457728">
    <w:abstractNumId w:val="23"/>
  </w:num>
  <w:num w:numId="20" w16cid:durableId="218975657">
    <w:abstractNumId w:val="16"/>
  </w:num>
  <w:num w:numId="21" w16cid:durableId="1380782640">
    <w:abstractNumId w:val="28"/>
  </w:num>
  <w:num w:numId="22" w16cid:durableId="181823005">
    <w:abstractNumId w:val="19"/>
  </w:num>
  <w:num w:numId="23" w16cid:durableId="946890109">
    <w:abstractNumId w:val="20"/>
  </w:num>
  <w:num w:numId="24" w16cid:durableId="704869747">
    <w:abstractNumId w:val="15"/>
  </w:num>
  <w:num w:numId="25" w16cid:durableId="1029835067">
    <w:abstractNumId w:val="25"/>
  </w:num>
  <w:num w:numId="26" w16cid:durableId="806582497">
    <w:abstractNumId w:val="18"/>
  </w:num>
  <w:num w:numId="27" w16cid:durableId="1461461319">
    <w:abstractNumId w:val="9"/>
  </w:num>
  <w:num w:numId="28" w16cid:durableId="1821071526">
    <w:abstractNumId w:val="14"/>
  </w:num>
  <w:num w:numId="29" w16cid:durableId="1372026732">
    <w:abstractNumId w:val="22"/>
  </w:num>
  <w:num w:numId="30" w16cid:durableId="1061902801">
    <w:abstractNumId w:val="34"/>
  </w:num>
  <w:num w:numId="31" w16cid:durableId="859011645">
    <w:abstractNumId w:val="10"/>
  </w:num>
  <w:num w:numId="32" w16cid:durableId="237328947">
    <w:abstractNumId w:val="32"/>
  </w:num>
  <w:num w:numId="33" w16cid:durableId="1506899462">
    <w:abstractNumId w:val="29"/>
  </w:num>
  <w:num w:numId="34" w16cid:durableId="947734973">
    <w:abstractNumId w:val="11"/>
  </w:num>
  <w:num w:numId="35" w16cid:durableId="1202736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30B"/>
    <w:rsid w:val="00003A4F"/>
    <w:rsid w:val="00005DDB"/>
    <w:rsid w:val="000069EF"/>
    <w:rsid w:val="00022759"/>
    <w:rsid w:val="000258F2"/>
    <w:rsid w:val="0002684A"/>
    <w:rsid w:val="00026D2B"/>
    <w:rsid w:val="00034616"/>
    <w:rsid w:val="0004238E"/>
    <w:rsid w:val="000426C3"/>
    <w:rsid w:val="000444A4"/>
    <w:rsid w:val="000447DF"/>
    <w:rsid w:val="00052F6C"/>
    <w:rsid w:val="00053256"/>
    <w:rsid w:val="0005599E"/>
    <w:rsid w:val="00056FBF"/>
    <w:rsid w:val="0006063C"/>
    <w:rsid w:val="00064075"/>
    <w:rsid w:val="00066C89"/>
    <w:rsid w:val="0007121D"/>
    <w:rsid w:val="00071FA1"/>
    <w:rsid w:val="00077907"/>
    <w:rsid w:val="00080B96"/>
    <w:rsid w:val="0008588B"/>
    <w:rsid w:val="00086419"/>
    <w:rsid w:val="00087496"/>
    <w:rsid w:val="0009100E"/>
    <w:rsid w:val="000914C8"/>
    <w:rsid w:val="00091A3F"/>
    <w:rsid w:val="000B3882"/>
    <w:rsid w:val="000B398F"/>
    <w:rsid w:val="000B407D"/>
    <w:rsid w:val="000C0A08"/>
    <w:rsid w:val="000C41A6"/>
    <w:rsid w:val="000D0D71"/>
    <w:rsid w:val="000D15BB"/>
    <w:rsid w:val="000D2B92"/>
    <w:rsid w:val="000D3A39"/>
    <w:rsid w:val="000D4BEC"/>
    <w:rsid w:val="000E7CC8"/>
    <w:rsid w:val="000F1B9D"/>
    <w:rsid w:val="000F2E3A"/>
    <w:rsid w:val="000F39BA"/>
    <w:rsid w:val="000F3EAF"/>
    <w:rsid w:val="000F3ED3"/>
    <w:rsid w:val="0011171A"/>
    <w:rsid w:val="00111F83"/>
    <w:rsid w:val="00114A89"/>
    <w:rsid w:val="001153E8"/>
    <w:rsid w:val="00116A9A"/>
    <w:rsid w:val="00120F01"/>
    <w:rsid w:val="00122164"/>
    <w:rsid w:val="00124317"/>
    <w:rsid w:val="001279FB"/>
    <w:rsid w:val="001314DD"/>
    <w:rsid w:val="00133808"/>
    <w:rsid w:val="00136FDE"/>
    <w:rsid w:val="0014233A"/>
    <w:rsid w:val="00143B57"/>
    <w:rsid w:val="0015074B"/>
    <w:rsid w:val="001542EB"/>
    <w:rsid w:val="00160A94"/>
    <w:rsid w:val="0016724B"/>
    <w:rsid w:val="00167F47"/>
    <w:rsid w:val="00170DB3"/>
    <w:rsid w:val="00172834"/>
    <w:rsid w:val="00173AC4"/>
    <w:rsid w:val="00173E0E"/>
    <w:rsid w:val="00181854"/>
    <w:rsid w:val="00182A69"/>
    <w:rsid w:val="00184574"/>
    <w:rsid w:val="00185B94"/>
    <w:rsid w:val="00185EB2"/>
    <w:rsid w:val="001932CA"/>
    <w:rsid w:val="00195276"/>
    <w:rsid w:val="001A0D9B"/>
    <w:rsid w:val="001B0596"/>
    <w:rsid w:val="001B1598"/>
    <w:rsid w:val="001B40AF"/>
    <w:rsid w:val="001B4F7E"/>
    <w:rsid w:val="001C306B"/>
    <w:rsid w:val="001C60D2"/>
    <w:rsid w:val="001C7073"/>
    <w:rsid w:val="001C7178"/>
    <w:rsid w:val="001D0A91"/>
    <w:rsid w:val="001D4BFE"/>
    <w:rsid w:val="001D7371"/>
    <w:rsid w:val="001E248B"/>
    <w:rsid w:val="001E55F3"/>
    <w:rsid w:val="001E5AB9"/>
    <w:rsid w:val="001F3C17"/>
    <w:rsid w:val="001F62F6"/>
    <w:rsid w:val="001F6858"/>
    <w:rsid w:val="001F70CD"/>
    <w:rsid w:val="001F75DA"/>
    <w:rsid w:val="001F7CB6"/>
    <w:rsid w:val="00200E9B"/>
    <w:rsid w:val="00202F41"/>
    <w:rsid w:val="00203842"/>
    <w:rsid w:val="0021055E"/>
    <w:rsid w:val="00222225"/>
    <w:rsid w:val="002247E1"/>
    <w:rsid w:val="00227362"/>
    <w:rsid w:val="0024526E"/>
    <w:rsid w:val="0024757A"/>
    <w:rsid w:val="00250777"/>
    <w:rsid w:val="00250CBA"/>
    <w:rsid w:val="002510C6"/>
    <w:rsid w:val="0025473A"/>
    <w:rsid w:val="0026443F"/>
    <w:rsid w:val="002669EE"/>
    <w:rsid w:val="002701A6"/>
    <w:rsid w:val="00271931"/>
    <w:rsid w:val="00273EBE"/>
    <w:rsid w:val="002814D9"/>
    <w:rsid w:val="00283D4F"/>
    <w:rsid w:val="002847CE"/>
    <w:rsid w:val="00284F3F"/>
    <w:rsid w:val="00286349"/>
    <w:rsid w:val="00287E75"/>
    <w:rsid w:val="00290CEA"/>
    <w:rsid w:val="0029639D"/>
    <w:rsid w:val="0029779D"/>
    <w:rsid w:val="002A2661"/>
    <w:rsid w:val="002A77D6"/>
    <w:rsid w:val="002B3980"/>
    <w:rsid w:val="002D037E"/>
    <w:rsid w:val="002D1B2D"/>
    <w:rsid w:val="002E0875"/>
    <w:rsid w:val="002E3D72"/>
    <w:rsid w:val="002E5445"/>
    <w:rsid w:val="002F2904"/>
    <w:rsid w:val="002F5382"/>
    <w:rsid w:val="002F6432"/>
    <w:rsid w:val="00302EB2"/>
    <w:rsid w:val="00304FA3"/>
    <w:rsid w:val="003076D7"/>
    <w:rsid w:val="00311F57"/>
    <w:rsid w:val="003143C1"/>
    <w:rsid w:val="003171AE"/>
    <w:rsid w:val="00321490"/>
    <w:rsid w:val="00321619"/>
    <w:rsid w:val="00321AF4"/>
    <w:rsid w:val="00326F90"/>
    <w:rsid w:val="00332743"/>
    <w:rsid w:val="0033274F"/>
    <w:rsid w:val="003404B1"/>
    <w:rsid w:val="00340A80"/>
    <w:rsid w:val="003424E3"/>
    <w:rsid w:val="00342FF1"/>
    <w:rsid w:val="00357957"/>
    <w:rsid w:val="0036073F"/>
    <w:rsid w:val="00361355"/>
    <w:rsid w:val="00363451"/>
    <w:rsid w:val="0037326E"/>
    <w:rsid w:val="00381832"/>
    <w:rsid w:val="00381EA9"/>
    <w:rsid w:val="00386E66"/>
    <w:rsid w:val="00387332"/>
    <w:rsid w:val="003954AF"/>
    <w:rsid w:val="00395A43"/>
    <w:rsid w:val="00397DC2"/>
    <w:rsid w:val="003A0BBA"/>
    <w:rsid w:val="003A1108"/>
    <w:rsid w:val="003A273B"/>
    <w:rsid w:val="003A2F46"/>
    <w:rsid w:val="003A5869"/>
    <w:rsid w:val="003B0EE9"/>
    <w:rsid w:val="003B6694"/>
    <w:rsid w:val="003B7CA5"/>
    <w:rsid w:val="003C2A31"/>
    <w:rsid w:val="003C2DD0"/>
    <w:rsid w:val="003C551B"/>
    <w:rsid w:val="003C5E00"/>
    <w:rsid w:val="003D1389"/>
    <w:rsid w:val="003D1DAE"/>
    <w:rsid w:val="003D6FEB"/>
    <w:rsid w:val="003E201E"/>
    <w:rsid w:val="003E2701"/>
    <w:rsid w:val="003E3322"/>
    <w:rsid w:val="003E678B"/>
    <w:rsid w:val="003F00C2"/>
    <w:rsid w:val="003F02C1"/>
    <w:rsid w:val="003F0AD0"/>
    <w:rsid w:val="003F494E"/>
    <w:rsid w:val="003F4CA7"/>
    <w:rsid w:val="003F5749"/>
    <w:rsid w:val="00400AD4"/>
    <w:rsid w:val="00401CC1"/>
    <w:rsid w:val="0040367A"/>
    <w:rsid w:val="00413727"/>
    <w:rsid w:val="00414527"/>
    <w:rsid w:val="00414FE9"/>
    <w:rsid w:val="00417203"/>
    <w:rsid w:val="00420C34"/>
    <w:rsid w:val="00424BAC"/>
    <w:rsid w:val="004264F2"/>
    <w:rsid w:val="00430056"/>
    <w:rsid w:val="00437D87"/>
    <w:rsid w:val="0046002B"/>
    <w:rsid w:val="00462169"/>
    <w:rsid w:val="004647CF"/>
    <w:rsid w:val="00466A64"/>
    <w:rsid w:val="00470894"/>
    <w:rsid w:val="00475653"/>
    <w:rsid w:val="0047632D"/>
    <w:rsid w:val="004806E0"/>
    <w:rsid w:val="00480F82"/>
    <w:rsid w:val="004845E2"/>
    <w:rsid w:val="00487E0F"/>
    <w:rsid w:val="0049154E"/>
    <w:rsid w:val="004933E0"/>
    <w:rsid w:val="004957F9"/>
    <w:rsid w:val="00497E95"/>
    <w:rsid w:val="004A0269"/>
    <w:rsid w:val="004B3F76"/>
    <w:rsid w:val="004B72DB"/>
    <w:rsid w:val="004B755D"/>
    <w:rsid w:val="004B7AA2"/>
    <w:rsid w:val="004C2BBD"/>
    <w:rsid w:val="004D164E"/>
    <w:rsid w:val="004D6D56"/>
    <w:rsid w:val="004D7B5B"/>
    <w:rsid w:val="004E78A7"/>
    <w:rsid w:val="004F748E"/>
    <w:rsid w:val="00500E99"/>
    <w:rsid w:val="00504C66"/>
    <w:rsid w:val="0050707A"/>
    <w:rsid w:val="00510E7D"/>
    <w:rsid w:val="0051121A"/>
    <w:rsid w:val="00511251"/>
    <w:rsid w:val="00520998"/>
    <w:rsid w:val="00523D09"/>
    <w:rsid w:val="00527A8E"/>
    <w:rsid w:val="005311D3"/>
    <w:rsid w:val="0053756F"/>
    <w:rsid w:val="00543607"/>
    <w:rsid w:val="00543BE7"/>
    <w:rsid w:val="00550067"/>
    <w:rsid w:val="00551924"/>
    <w:rsid w:val="00556967"/>
    <w:rsid w:val="0056213B"/>
    <w:rsid w:val="00563213"/>
    <w:rsid w:val="00565D13"/>
    <w:rsid w:val="00570049"/>
    <w:rsid w:val="00573179"/>
    <w:rsid w:val="00577B14"/>
    <w:rsid w:val="00582325"/>
    <w:rsid w:val="00582563"/>
    <w:rsid w:val="005827B6"/>
    <w:rsid w:val="005A2159"/>
    <w:rsid w:val="005A251E"/>
    <w:rsid w:val="005A6E71"/>
    <w:rsid w:val="005A79A9"/>
    <w:rsid w:val="005B0FBB"/>
    <w:rsid w:val="005B2AC1"/>
    <w:rsid w:val="005B44EC"/>
    <w:rsid w:val="005B7128"/>
    <w:rsid w:val="005B72A6"/>
    <w:rsid w:val="005C0886"/>
    <w:rsid w:val="005C2AC5"/>
    <w:rsid w:val="005C357E"/>
    <w:rsid w:val="005C459B"/>
    <w:rsid w:val="005C4669"/>
    <w:rsid w:val="005C5CDA"/>
    <w:rsid w:val="005C5F34"/>
    <w:rsid w:val="005C72C3"/>
    <w:rsid w:val="005D272B"/>
    <w:rsid w:val="005D3369"/>
    <w:rsid w:val="005D5282"/>
    <w:rsid w:val="005D5585"/>
    <w:rsid w:val="005E74E1"/>
    <w:rsid w:val="005E7BC5"/>
    <w:rsid w:val="005E7E86"/>
    <w:rsid w:val="00602810"/>
    <w:rsid w:val="006042FC"/>
    <w:rsid w:val="00607310"/>
    <w:rsid w:val="006110A2"/>
    <w:rsid w:val="00612828"/>
    <w:rsid w:val="00614882"/>
    <w:rsid w:val="00614927"/>
    <w:rsid w:val="00614ABB"/>
    <w:rsid w:val="00615707"/>
    <w:rsid w:val="00621770"/>
    <w:rsid w:val="00625859"/>
    <w:rsid w:val="00630F72"/>
    <w:rsid w:val="00631964"/>
    <w:rsid w:val="00633DD7"/>
    <w:rsid w:val="00635606"/>
    <w:rsid w:val="00653664"/>
    <w:rsid w:val="00656EF5"/>
    <w:rsid w:val="00662822"/>
    <w:rsid w:val="00662FB8"/>
    <w:rsid w:val="00667BED"/>
    <w:rsid w:val="0067150F"/>
    <w:rsid w:val="00671A08"/>
    <w:rsid w:val="006756CB"/>
    <w:rsid w:val="006760C1"/>
    <w:rsid w:val="0069798A"/>
    <w:rsid w:val="00697B24"/>
    <w:rsid w:val="006A446C"/>
    <w:rsid w:val="006A5391"/>
    <w:rsid w:val="006B0E7E"/>
    <w:rsid w:val="006B1FED"/>
    <w:rsid w:val="006B50D9"/>
    <w:rsid w:val="006C0A54"/>
    <w:rsid w:val="006C5552"/>
    <w:rsid w:val="006C75B9"/>
    <w:rsid w:val="006C7C6C"/>
    <w:rsid w:val="006C7FC9"/>
    <w:rsid w:val="006D2F80"/>
    <w:rsid w:val="006D3D99"/>
    <w:rsid w:val="006E055A"/>
    <w:rsid w:val="006E0A97"/>
    <w:rsid w:val="006E1288"/>
    <w:rsid w:val="006E31DE"/>
    <w:rsid w:val="006E47D8"/>
    <w:rsid w:val="006F0BE5"/>
    <w:rsid w:val="006F3855"/>
    <w:rsid w:val="006F4281"/>
    <w:rsid w:val="006F530A"/>
    <w:rsid w:val="006F5810"/>
    <w:rsid w:val="006F6C45"/>
    <w:rsid w:val="006F787C"/>
    <w:rsid w:val="007008F5"/>
    <w:rsid w:val="00701B8C"/>
    <w:rsid w:val="00702800"/>
    <w:rsid w:val="007030CB"/>
    <w:rsid w:val="0070387A"/>
    <w:rsid w:val="007038DB"/>
    <w:rsid w:val="007071AE"/>
    <w:rsid w:val="007172E9"/>
    <w:rsid w:val="00721B85"/>
    <w:rsid w:val="00727C4B"/>
    <w:rsid w:val="00731EBF"/>
    <w:rsid w:val="0073369B"/>
    <w:rsid w:val="007357BC"/>
    <w:rsid w:val="00740413"/>
    <w:rsid w:val="0074041D"/>
    <w:rsid w:val="00742243"/>
    <w:rsid w:val="007468D9"/>
    <w:rsid w:val="00752241"/>
    <w:rsid w:val="00753081"/>
    <w:rsid w:val="00762BCD"/>
    <w:rsid w:val="00765142"/>
    <w:rsid w:val="007702A0"/>
    <w:rsid w:val="007706B0"/>
    <w:rsid w:val="00772622"/>
    <w:rsid w:val="00775830"/>
    <w:rsid w:val="00775D2E"/>
    <w:rsid w:val="007768B8"/>
    <w:rsid w:val="007812A7"/>
    <w:rsid w:val="007827C1"/>
    <w:rsid w:val="00784253"/>
    <w:rsid w:val="007848B6"/>
    <w:rsid w:val="00787CD0"/>
    <w:rsid w:val="00793547"/>
    <w:rsid w:val="00793B5F"/>
    <w:rsid w:val="00794BEB"/>
    <w:rsid w:val="00795F21"/>
    <w:rsid w:val="007A3D38"/>
    <w:rsid w:val="007A5CE7"/>
    <w:rsid w:val="007B4367"/>
    <w:rsid w:val="007B5757"/>
    <w:rsid w:val="007C1687"/>
    <w:rsid w:val="007C57C1"/>
    <w:rsid w:val="007C5E4E"/>
    <w:rsid w:val="007C6F94"/>
    <w:rsid w:val="007D1417"/>
    <w:rsid w:val="007D58CE"/>
    <w:rsid w:val="007D731B"/>
    <w:rsid w:val="007D73A3"/>
    <w:rsid w:val="007E156B"/>
    <w:rsid w:val="007E2EA7"/>
    <w:rsid w:val="007E33A6"/>
    <w:rsid w:val="007E4EC7"/>
    <w:rsid w:val="007E6458"/>
    <w:rsid w:val="007E79AD"/>
    <w:rsid w:val="007E7DE6"/>
    <w:rsid w:val="007F29C7"/>
    <w:rsid w:val="007F3CE8"/>
    <w:rsid w:val="007F4DFA"/>
    <w:rsid w:val="007F595C"/>
    <w:rsid w:val="007F7AFB"/>
    <w:rsid w:val="00803565"/>
    <w:rsid w:val="00804207"/>
    <w:rsid w:val="008045B0"/>
    <w:rsid w:val="008066AD"/>
    <w:rsid w:val="00812483"/>
    <w:rsid w:val="0081582E"/>
    <w:rsid w:val="008161F5"/>
    <w:rsid w:val="0081737C"/>
    <w:rsid w:val="0082215E"/>
    <w:rsid w:val="0082220D"/>
    <w:rsid w:val="00830D19"/>
    <w:rsid w:val="008323E0"/>
    <w:rsid w:val="00833238"/>
    <w:rsid w:val="008407DF"/>
    <w:rsid w:val="008436E8"/>
    <w:rsid w:val="00843DEA"/>
    <w:rsid w:val="008538D2"/>
    <w:rsid w:val="00854DD5"/>
    <w:rsid w:val="0087009A"/>
    <w:rsid w:val="008756DD"/>
    <w:rsid w:val="008776FE"/>
    <w:rsid w:val="008815FE"/>
    <w:rsid w:val="00882EF9"/>
    <w:rsid w:val="00885768"/>
    <w:rsid w:val="00886F4D"/>
    <w:rsid w:val="008915CC"/>
    <w:rsid w:val="008931F5"/>
    <w:rsid w:val="00893349"/>
    <w:rsid w:val="008933AF"/>
    <w:rsid w:val="00893BAB"/>
    <w:rsid w:val="00895BB5"/>
    <w:rsid w:val="0089775E"/>
    <w:rsid w:val="008A04B3"/>
    <w:rsid w:val="008A59D0"/>
    <w:rsid w:val="008A6946"/>
    <w:rsid w:val="008B1E78"/>
    <w:rsid w:val="008B4B8A"/>
    <w:rsid w:val="008C361E"/>
    <w:rsid w:val="008C5F8D"/>
    <w:rsid w:val="008C6BCF"/>
    <w:rsid w:val="008C777C"/>
    <w:rsid w:val="008C7C3D"/>
    <w:rsid w:val="008D083E"/>
    <w:rsid w:val="008D1B32"/>
    <w:rsid w:val="008D1F13"/>
    <w:rsid w:val="008E0711"/>
    <w:rsid w:val="008E2A33"/>
    <w:rsid w:val="008E2AFD"/>
    <w:rsid w:val="008E5FFB"/>
    <w:rsid w:val="008F00D0"/>
    <w:rsid w:val="008F065A"/>
    <w:rsid w:val="008F0C47"/>
    <w:rsid w:val="008F664C"/>
    <w:rsid w:val="009042D5"/>
    <w:rsid w:val="0090446D"/>
    <w:rsid w:val="00907B0D"/>
    <w:rsid w:val="009112ED"/>
    <w:rsid w:val="00912789"/>
    <w:rsid w:val="009132CC"/>
    <w:rsid w:val="00914271"/>
    <w:rsid w:val="00915651"/>
    <w:rsid w:val="009176FC"/>
    <w:rsid w:val="00920FE1"/>
    <w:rsid w:val="00924BF7"/>
    <w:rsid w:val="0093029C"/>
    <w:rsid w:val="00930A06"/>
    <w:rsid w:val="00940DCD"/>
    <w:rsid w:val="00942FE0"/>
    <w:rsid w:val="00944FE7"/>
    <w:rsid w:val="00945B1F"/>
    <w:rsid w:val="009502F9"/>
    <w:rsid w:val="0095256A"/>
    <w:rsid w:val="00953852"/>
    <w:rsid w:val="009613D0"/>
    <w:rsid w:val="00961503"/>
    <w:rsid w:val="00966504"/>
    <w:rsid w:val="0097243C"/>
    <w:rsid w:val="00973BBB"/>
    <w:rsid w:val="00987AC0"/>
    <w:rsid w:val="00991578"/>
    <w:rsid w:val="00992CB4"/>
    <w:rsid w:val="009939C3"/>
    <w:rsid w:val="00994B0F"/>
    <w:rsid w:val="009A2FAC"/>
    <w:rsid w:val="009A597F"/>
    <w:rsid w:val="009A680F"/>
    <w:rsid w:val="009A697B"/>
    <w:rsid w:val="009A7E83"/>
    <w:rsid w:val="009B0BFC"/>
    <w:rsid w:val="009B2E77"/>
    <w:rsid w:val="009B5495"/>
    <w:rsid w:val="009C33B5"/>
    <w:rsid w:val="009D07AF"/>
    <w:rsid w:val="009D360E"/>
    <w:rsid w:val="009D71B2"/>
    <w:rsid w:val="009E3153"/>
    <w:rsid w:val="009E39EF"/>
    <w:rsid w:val="009E57B0"/>
    <w:rsid w:val="009E7904"/>
    <w:rsid w:val="009F2003"/>
    <w:rsid w:val="009F55FF"/>
    <w:rsid w:val="00A021A7"/>
    <w:rsid w:val="00A03305"/>
    <w:rsid w:val="00A04266"/>
    <w:rsid w:val="00A04346"/>
    <w:rsid w:val="00A04D0B"/>
    <w:rsid w:val="00A11280"/>
    <w:rsid w:val="00A12BB6"/>
    <w:rsid w:val="00A1566C"/>
    <w:rsid w:val="00A15D34"/>
    <w:rsid w:val="00A1723D"/>
    <w:rsid w:val="00A22443"/>
    <w:rsid w:val="00A24E60"/>
    <w:rsid w:val="00A278CE"/>
    <w:rsid w:val="00A32812"/>
    <w:rsid w:val="00A400C0"/>
    <w:rsid w:val="00A40A7A"/>
    <w:rsid w:val="00A41BDF"/>
    <w:rsid w:val="00A552F3"/>
    <w:rsid w:val="00A60693"/>
    <w:rsid w:val="00A715E8"/>
    <w:rsid w:val="00A74453"/>
    <w:rsid w:val="00A82691"/>
    <w:rsid w:val="00A9132C"/>
    <w:rsid w:val="00A92F54"/>
    <w:rsid w:val="00A93B3D"/>
    <w:rsid w:val="00A958CC"/>
    <w:rsid w:val="00A96E3B"/>
    <w:rsid w:val="00A97B1B"/>
    <w:rsid w:val="00AA1D8D"/>
    <w:rsid w:val="00AA4F9E"/>
    <w:rsid w:val="00AA6C88"/>
    <w:rsid w:val="00AA7E46"/>
    <w:rsid w:val="00AB1947"/>
    <w:rsid w:val="00AB7DAF"/>
    <w:rsid w:val="00AC0D8B"/>
    <w:rsid w:val="00AC5C05"/>
    <w:rsid w:val="00AD2D99"/>
    <w:rsid w:val="00AE0DD2"/>
    <w:rsid w:val="00AE1E43"/>
    <w:rsid w:val="00AF3BF3"/>
    <w:rsid w:val="00B017A2"/>
    <w:rsid w:val="00B01AB9"/>
    <w:rsid w:val="00B05548"/>
    <w:rsid w:val="00B05794"/>
    <w:rsid w:val="00B0767F"/>
    <w:rsid w:val="00B10FB2"/>
    <w:rsid w:val="00B129A7"/>
    <w:rsid w:val="00B16FA5"/>
    <w:rsid w:val="00B21AB7"/>
    <w:rsid w:val="00B23323"/>
    <w:rsid w:val="00B411D4"/>
    <w:rsid w:val="00B442AC"/>
    <w:rsid w:val="00B44968"/>
    <w:rsid w:val="00B47730"/>
    <w:rsid w:val="00B6305B"/>
    <w:rsid w:val="00B636B5"/>
    <w:rsid w:val="00B65E7A"/>
    <w:rsid w:val="00B7395F"/>
    <w:rsid w:val="00B75CBC"/>
    <w:rsid w:val="00B7630E"/>
    <w:rsid w:val="00B849AB"/>
    <w:rsid w:val="00B93846"/>
    <w:rsid w:val="00B93B39"/>
    <w:rsid w:val="00BA2EB2"/>
    <w:rsid w:val="00BA4B55"/>
    <w:rsid w:val="00BA6A78"/>
    <w:rsid w:val="00BA6D59"/>
    <w:rsid w:val="00BA7E7E"/>
    <w:rsid w:val="00BB07C4"/>
    <w:rsid w:val="00BB11ED"/>
    <w:rsid w:val="00BC078F"/>
    <w:rsid w:val="00BC143D"/>
    <w:rsid w:val="00BC198A"/>
    <w:rsid w:val="00BD1010"/>
    <w:rsid w:val="00BD70A6"/>
    <w:rsid w:val="00BF0EBB"/>
    <w:rsid w:val="00BF20BE"/>
    <w:rsid w:val="00BF34BF"/>
    <w:rsid w:val="00BF3A4B"/>
    <w:rsid w:val="00BF5C8D"/>
    <w:rsid w:val="00BF5ECF"/>
    <w:rsid w:val="00BF6560"/>
    <w:rsid w:val="00C01C8B"/>
    <w:rsid w:val="00C03210"/>
    <w:rsid w:val="00C072B2"/>
    <w:rsid w:val="00C115E6"/>
    <w:rsid w:val="00C17611"/>
    <w:rsid w:val="00C24D1D"/>
    <w:rsid w:val="00C2585F"/>
    <w:rsid w:val="00C26574"/>
    <w:rsid w:val="00C2752F"/>
    <w:rsid w:val="00C356AB"/>
    <w:rsid w:val="00C36A48"/>
    <w:rsid w:val="00C4030B"/>
    <w:rsid w:val="00C4169F"/>
    <w:rsid w:val="00C42CF2"/>
    <w:rsid w:val="00C50354"/>
    <w:rsid w:val="00C50D65"/>
    <w:rsid w:val="00C53358"/>
    <w:rsid w:val="00C53FD8"/>
    <w:rsid w:val="00C6443C"/>
    <w:rsid w:val="00C65635"/>
    <w:rsid w:val="00C739DB"/>
    <w:rsid w:val="00C825A5"/>
    <w:rsid w:val="00C82E22"/>
    <w:rsid w:val="00C838BB"/>
    <w:rsid w:val="00C857CA"/>
    <w:rsid w:val="00C86878"/>
    <w:rsid w:val="00C877C2"/>
    <w:rsid w:val="00C954F6"/>
    <w:rsid w:val="00C96AE9"/>
    <w:rsid w:val="00CA0808"/>
    <w:rsid w:val="00CA262F"/>
    <w:rsid w:val="00CA4EFE"/>
    <w:rsid w:val="00CA7968"/>
    <w:rsid w:val="00CB0664"/>
    <w:rsid w:val="00CB64A8"/>
    <w:rsid w:val="00CC0371"/>
    <w:rsid w:val="00CC71C2"/>
    <w:rsid w:val="00CD46F0"/>
    <w:rsid w:val="00CD482D"/>
    <w:rsid w:val="00CD671B"/>
    <w:rsid w:val="00CE0819"/>
    <w:rsid w:val="00CE1FA0"/>
    <w:rsid w:val="00CE4CD5"/>
    <w:rsid w:val="00CF0F5F"/>
    <w:rsid w:val="00CF1635"/>
    <w:rsid w:val="00CF2EDE"/>
    <w:rsid w:val="00CF68C4"/>
    <w:rsid w:val="00CF764B"/>
    <w:rsid w:val="00D00623"/>
    <w:rsid w:val="00D0242A"/>
    <w:rsid w:val="00D02B72"/>
    <w:rsid w:val="00D04257"/>
    <w:rsid w:val="00D043D6"/>
    <w:rsid w:val="00D07424"/>
    <w:rsid w:val="00D2169A"/>
    <w:rsid w:val="00D24875"/>
    <w:rsid w:val="00D31099"/>
    <w:rsid w:val="00D34535"/>
    <w:rsid w:val="00D433F9"/>
    <w:rsid w:val="00D4544D"/>
    <w:rsid w:val="00D461CF"/>
    <w:rsid w:val="00D4798B"/>
    <w:rsid w:val="00D54733"/>
    <w:rsid w:val="00D55AA4"/>
    <w:rsid w:val="00D61463"/>
    <w:rsid w:val="00D66992"/>
    <w:rsid w:val="00D67516"/>
    <w:rsid w:val="00D729BA"/>
    <w:rsid w:val="00D7442D"/>
    <w:rsid w:val="00D81B8E"/>
    <w:rsid w:val="00D834CB"/>
    <w:rsid w:val="00D9238B"/>
    <w:rsid w:val="00D926ED"/>
    <w:rsid w:val="00DB3E36"/>
    <w:rsid w:val="00DB4D58"/>
    <w:rsid w:val="00DC3FEB"/>
    <w:rsid w:val="00DD0C65"/>
    <w:rsid w:val="00DD12D0"/>
    <w:rsid w:val="00DD3741"/>
    <w:rsid w:val="00DE2BD8"/>
    <w:rsid w:val="00DE71A9"/>
    <w:rsid w:val="00DF000F"/>
    <w:rsid w:val="00DF097B"/>
    <w:rsid w:val="00DF21C8"/>
    <w:rsid w:val="00DF4837"/>
    <w:rsid w:val="00DF726E"/>
    <w:rsid w:val="00E01A79"/>
    <w:rsid w:val="00E04A09"/>
    <w:rsid w:val="00E06AE7"/>
    <w:rsid w:val="00E06E4A"/>
    <w:rsid w:val="00E12433"/>
    <w:rsid w:val="00E12640"/>
    <w:rsid w:val="00E14708"/>
    <w:rsid w:val="00E1696E"/>
    <w:rsid w:val="00E17B70"/>
    <w:rsid w:val="00E2041F"/>
    <w:rsid w:val="00E25E9C"/>
    <w:rsid w:val="00E26D53"/>
    <w:rsid w:val="00E3338D"/>
    <w:rsid w:val="00E47C53"/>
    <w:rsid w:val="00E47CAB"/>
    <w:rsid w:val="00E50CB9"/>
    <w:rsid w:val="00E52E09"/>
    <w:rsid w:val="00E54B86"/>
    <w:rsid w:val="00E553DA"/>
    <w:rsid w:val="00E6156B"/>
    <w:rsid w:val="00E626C5"/>
    <w:rsid w:val="00E644EC"/>
    <w:rsid w:val="00E67BBA"/>
    <w:rsid w:val="00E70768"/>
    <w:rsid w:val="00E707CB"/>
    <w:rsid w:val="00E70873"/>
    <w:rsid w:val="00E718F7"/>
    <w:rsid w:val="00E71DE4"/>
    <w:rsid w:val="00E74B50"/>
    <w:rsid w:val="00E76E3B"/>
    <w:rsid w:val="00E774CE"/>
    <w:rsid w:val="00E77DD8"/>
    <w:rsid w:val="00E8551B"/>
    <w:rsid w:val="00E85962"/>
    <w:rsid w:val="00E86F9B"/>
    <w:rsid w:val="00E8725B"/>
    <w:rsid w:val="00E905B3"/>
    <w:rsid w:val="00E96C71"/>
    <w:rsid w:val="00EA32C2"/>
    <w:rsid w:val="00EA52E6"/>
    <w:rsid w:val="00EB204E"/>
    <w:rsid w:val="00EB432F"/>
    <w:rsid w:val="00EB519B"/>
    <w:rsid w:val="00EB71B4"/>
    <w:rsid w:val="00EC2308"/>
    <w:rsid w:val="00EC2348"/>
    <w:rsid w:val="00EC4E1B"/>
    <w:rsid w:val="00EC665C"/>
    <w:rsid w:val="00ED43FD"/>
    <w:rsid w:val="00EE1346"/>
    <w:rsid w:val="00EE64E6"/>
    <w:rsid w:val="00EE757C"/>
    <w:rsid w:val="00EF29AE"/>
    <w:rsid w:val="00EF5C0E"/>
    <w:rsid w:val="00EF616A"/>
    <w:rsid w:val="00EF72C6"/>
    <w:rsid w:val="00F01620"/>
    <w:rsid w:val="00F0307E"/>
    <w:rsid w:val="00F035D9"/>
    <w:rsid w:val="00F05DF9"/>
    <w:rsid w:val="00F07ED0"/>
    <w:rsid w:val="00F1279C"/>
    <w:rsid w:val="00F12C28"/>
    <w:rsid w:val="00F20A31"/>
    <w:rsid w:val="00F246DF"/>
    <w:rsid w:val="00F24781"/>
    <w:rsid w:val="00F25AB2"/>
    <w:rsid w:val="00F26673"/>
    <w:rsid w:val="00F31AC1"/>
    <w:rsid w:val="00F33C4F"/>
    <w:rsid w:val="00F354B4"/>
    <w:rsid w:val="00F35AEA"/>
    <w:rsid w:val="00F372DC"/>
    <w:rsid w:val="00F45AEB"/>
    <w:rsid w:val="00F50A02"/>
    <w:rsid w:val="00F52D68"/>
    <w:rsid w:val="00F54D3E"/>
    <w:rsid w:val="00F6686F"/>
    <w:rsid w:val="00F70D54"/>
    <w:rsid w:val="00F74D86"/>
    <w:rsid w:val="00F77D2E"/>
    <w:rsid w:val="00F8460A"/>
    <w:rsid w:val="00F85C07"/>
    <w:rsid w:val="00F85EB5"/>
    <w:rsid w:val="00F8603F"/>
    <w:rsid w:val="00F86B3A"/>
    <w:rsid w:val="00F90A1F"/>
    <w:rsid w:val="00F90AA2"/>
    <w:rsid w:val="00F90EB3"/>
    <w:rsid w:val="00F915C8"/>
    <w:rsid w:val="00F92C4B"/>
    <w:rsid w:val="00F94BF0"/>
    <w:rsid w:val="00F951B3"/>
    <w:rsid w:val="00F97AA0"/>
    <w:rsid w:val="00FA38DC"/>
    <w:rsid w:val="00FA42DD"/>
    <w:rsid w:val="00FA4ED0"/>
    <w:rsid w:val="00FB05C7"/>
    <w:rsid w:val="00FB56B2"/>
    <w:rsid w:val="00FC20A7"/>
    <w:rsid w:val="00FC5215"/>
    <w:rsid w:val="00FC693F"/>
    <w:rsid w:val="00FD11A5"/>
    <w:rsid w:val="00FE17C5"/>
    <w:rsid w:val="00FE5DB7"/>
    <w:rsid w:val="00FF526D"/>
    <w:rsid w:val="056065A5"/>
    <w:rsid w:val="0895D974"/>
    <w:rsid w:val="0A8BE294"/>
    <w:rsid w:val="1F51A881"/>
    <w:rsid w:val="27828FAC"/>
    <w:rsid w:val="325252BD"/>
    <w:rsid w:val="3ED7A86D"/>
    <w:rsid w:val="4ADA169E"/>
    <w:rsid w:val="4C43335A"/>
    <w:rsid w:val="5227C34B"/>
    <w:rsid w:val="55BBB1C3"/>
    <w:rsid w:val="5A416468"/>
    <w:rsid w:val="683E24E7"/>
    <w:rsid w:val="68975F28"/>
    <w:rsid w:val="6E98D3C6"/>
    <w:rsid w:val="7F6124F4"/>
    <w:rsid w:val="7FDEE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C11A2FE0-661E-49BD-8A73-F3E9F2302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Calibri" w:hAnsi="Calibri"/>
      <w:color w:val="1F1F1F"/>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PartHeading"/>
    <w:next w:val="Normal"/>
    <w:link w:val="Heading2Char"/>
    <w:uiPriority w:val="9"/>
    <w:unhideWhenUsed/>
    <w:qFormat/>
    <w:rsid w:val="00F8460A"/>
    <w:pPr>
      <w:outlineLvl w:val="1"/>
    </w:pPr>
  </w:style>
  <w:style w:type="paragraph" w:styleId="Heading3">
    <w:name w:val="heading 3"/>
    <w:basedOn w:val="SubsectionHeading"/>
    <w:next w:val="Normal"/>
    <w:link w:val="Heading3Char"/>
    <w:uiPriority w:val="9"/>
    <w:unhideWhenUsed/>
    <w:qFormat/>
    <w:rsid w:val="008933AF"/>
    <w:pPr>
      <w:outlineLvl w:val="2"/>
    </w:pPr>
    <w:rPr>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8460A"/>
    <w:rPr>
      <w:rFonts w:ascii="Calibri" w:hAnsi="Calibri"/>
      <w:b/>
      <w:color w:val="1F4E79"/>
      <w:sz w:val="30"/>
    </w:rPr>
  </w:style>
  <w:style w:type="character" w:customStyle="1" w:styleId="Heading3Char">
    <w:name w:val="Heading 3 Char"/>
    <w:basedOn w:val="DefaultParagraphFont"/>
    <w:link w:val="Heading3"/>
    <w:uiPriority w:val="9"/>
    <w:rsid w:val="008933AF"/>
    <w:rPr>
      <w:rFonts w:ascii="Calibri" w:hAnsi="Calibri"/>
      <w:b/>
      <w:color w:val="1F4E79"/>
      <w:sz w:val="26"/>
      <w:szCs w:val="26"/>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80" w:line="240" w:lineRule="auto"/>
    </w:pPr>
    <w:rPr>
      <w:rFonts w:ascii="Calibri" w:hAnsi="Calibri"/>
      <w:color w:val="666666"/>
      <w:sz w:val="20"/>
    </w:rPr>
  </w:style>
  <w:style w:type="paragraph" w:customStyle="1" w:styleId="Question">
    <w:name w:val="Question"/>
    <w:pPr>
      <w:keepNext/>
      <w:spacing w:before="80" w:after="60"/>
    </w:pPr>
    <w:rPr>
      <w:rFonts w:ascii="Calibri" w:hAnsi="Calibri"/>
      <w:sz w:val="21"/>
    </w:rPr>
  </w:style>
  <w:style w:type="paragraph" w:customStyle="1" w:styleId="Note">
    <w:name w:val="Note"/>
    <w:pPr>
      <w:spacing w:after="80"/>
    </w:pPr>
    <w:rPr>
      <w:rFonts w:ascii="Calibri" w:hAnsi="Calibri"/>
      <w:i/>
      <w:color w:val="666666"/>
      <w:sz w:val="19"/>
    </w:rPr>
  </w:style>
  <w:style w:type="paragraph" w:customStyle="1" w:styleId="CharacterLimit">
    <w:name w:val="Character Limit"/>
    <w:pPr>
      <w:spacing w:after="120"/>
    </w:pPr>
    <w:rPr>
      <w:rFonts w:ascii="Calibri" w:hAnsi="Calibri"/>
      <w:i/>
      <w:color w:val="666666"/>
      <w:sz w:val="18"/>
    </w:rPr>
  </w:style>
  <w:style w:type="paragraph" w:customStyle="1" w:styleId="TitleClean">
    <w:name w:val="Title Clean"/>
    <w:pPr>
      <w:keepNext/>
      <w:spacing w:after="40"/>
    </w:pPr>
    <w:rPr>
      <w:rFonts w:ascii="Calibri" w:hAnsi="Calibri"/>
      <w:b/>
      <w:color w:val="1F4E79"/>
      <w:sz w:val="40"/>
    </w:rPr>
  </w:style>
  <w:style w:type="paragraph" w:customStyle="1" w:styleId="PartHeading">
    <w:name w:val="Part Heading"/>
    <w:pPr>
      <w:keepNext/>
      <w:spacing w:before="240" w:after="120"/>
      <w:outlineLvl w:val="0"/>
    </w:pPr>
    <w:rPr>
      <w:rFonts w:ascii="Calibri" w:hAnsi="Calibri"/>
      <w:b/>
      <w:color w:val="1F4E79"/>
      <w:sz w:val="30"/>
    </w:rPr>
  </w:style>
  <w:style w:type="paragraph" w:customStyle="1" w:styleId="SubsectionHeading">
    <w:name w:val="Subsection Heading"/>
    <w:pPr>
      <w:keepNext/>
      <w:spacing w:before="160" w:after="60"/>
      <w:outlineLvl w:val="1"/>
    </w:pPr>
    <w:rPr>
      <w:rFonts w:ascii="Calibri" w:hAnsi="Calibri"/>
      <w:b/>
      <w:color w:val="1F4E79"/>
      <w:sz w:val="23"/>
    </w:rPr>
  </w:style>
  <w:style w:type="paragraph" w:customStyle="1" w:styleId="MiniHeading">
    <w:name w:val="Mini Heading"/>
    <w:pPr>
      <w:keepNext/>
      <w:spacing w:before="80" w:after="40"/>
      <w:outlineLvl w:val="2"/>
    </w:pPr>
    <w:rPr>
      <w:rFonts w:ascii="Calibri" w:hAnsi="Calibri"/>
      <w:b/>
      <w:color w:val="1F1F1F"/>
      <w:sz w:val="21"/>
    </w:rPr>
  </w:style>
  <w:style w:type="paragraph" w:customStyle="1" w:styleId="CompactBullet">
    <w:name w:val="Compact Bullet"/>
    <w:pPr>
      <w:spacing w:after="30"/>
      <w:ind w:left="360" w:hanging="173"/>
    </w:pPr>
    <w:rPr>
      <w:rFonts w:ascii="Calibri" w:hAnsi="Calibri"/>
      <w:sz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hAnsi="Calibri"/>
      <w:color w:val="1F1F1F"/>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F000F"/>
    <w:rPr>
      <w:b/>
      <w:bCs/>
    </w:rPr>
  </w:style>
  <w:style w:type="character" w:customStyle="1" w:styleId="CommentSubjectChar">
    <w:name w:val="Comment Subject Char"/>
    <w:basedOn w:val="CommentTextChar"/>
    <w:link w:val="CommentSubject"/>
    <w:uiPriority w:val="99"/>
    <w:semiHidden/>
    <w:rsid w:val="00DF000F"/>
    <w:rPr>
      <w:rFonts w:ascii="Calibri" w:hAnsi="Calibri"/>
      <w:b/>
      <w:bCs/>
      <w:color w:val="1F1F1F"/>
      <w:sz w:val="20"/>
      <w:szCs w:val="20"/>
    </w:rPr>
  </w:style>
  <w:style w:type="paragraph" w:styleId="Revision">
    <w:name w:val="Revision"/>
    <w:hidden/>
    <w:uiPriority w:val="99"/>
    <w:semiHidden/>
    <w:rsid w:val="00500E99"/>
    <w:pPr>
      <w:spacing w:after="0" w:line="240" w:lineRule="auto"/>
    </w:pPr>
    <w:rPr>
      <w:rFonts w:ascii="Calibri" w:hAnsi="Calibri"/>
      <w:color w:val="1F1F1F"/>
      <w:sz w:val="21"/>
    </w:rPr>
  </w:style>
  <w:style w:type="character" w:styleId="Hyperlink">
    <w:name w:val="Hyperlink"/>
    <w:basedOn w:val="DefaultParagraphFont"/>
    <w:uiPriority w:val="99"/>
    <w:unhideWhenUsed/>
    <w:rsid w:val="009E39EF"/>
    <w:rPr>
      <w:color w:val="0000FF" w:themeColor="hyperlink"/>
      <w:u w:val="single"/>
    </w:rPr>
  </w:style>
  <w:style w:type="character" w:styleId="UnresolvedMention">
    <w:name w:val="Unresolved Mention"/>
    <w:basedOn w:val="DefaultParagraphFont"/>
    <w:uiPriority w:val="99"/>
    <w:semiHidden/>
    <w:unhideWhenUsed/>
    <w:rsid w:val="009E39EF"/>
    <w:rPr>
      <w:color w:val="605E5C"/>
      <w:shd w:val="clear" w:color="auto" w:fill="E1DFDD"/>
    </w:rPr>
  </w:style>
  <w:style w:type="character" w:styleId="FollowedHyperlink">
    <w:name w:val="FollowedHyperlink"/>
    <w:basedOn w:val="DefaultParagraphFont"/>
    <w:uiPriority w:val="99"/>
    <w:semiHidden/>
    <w:unhideWhenUsed/>
    <w:rsid w:val="00EF29AE"/>
    <w:rPr>
      <w:color w:val="800080" w:themeColor="followedHyperlink"/>
      <w:u w:val="single"/>
    </w:rPr>
  </w:style>
  <w:style w:type="character" w:styleId="Mention">
    <w:name w:val="Mention"/>
    <w:basedOn w:val="DefaultParagraphFont"/>
    <w:uiPriority w:val="99"/>
    <w:unhideWhenUsed/>
    <w:rsid w:val="0091278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nect.ncdot.gov/projects/BikePed/Pages/saferoutestoschool.aspx" TargetMode="Externa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delcourt@ncdot.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nect.ncdot.gov/projects/BikePed/Pages/saferoutestoschool.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pi.nc.gov/data-reports/economically-disadvantag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E548AD73888941A6B68E948E44AADD" ma:contentTypeVersion="4" ma:contentTypeDescription="Create a new document." ma:contentTypeScope="" ma:versionID="73e527fa8277feefd4b9b99fbb3cd1e6">
  <xsd:schema xmlns:xsd="http://www.w3.org/2001/XMLSchema" xmlns:xs="http://www.w3.org/2001/XMLSchema" xmlns:p="http://schemas.microsoft.com/office/2006/metadata/properties" xmlns:ns1="http://schemas.microsoft.com/sharepoint/v3" xmlns:ns2="16f00c2e-ac5c-418b-9f13-a0771dbd417d" xmlns:ns3="7b7b584f-b248-4b7e-83b3-414c80c55410" targetNamespace="http://schemas.microsoft.com/office/2006/metadata/properties" ma:root="true" ma:fieldsID="a15ab3aa589151f7b427c1ad3fbfcf91" ns1:_="" ns2:_="" ns3:_="">
    <xsd:import namespace="http://schemas.microsoft.com/sharepoint/v3"/>
    <xsd:import namespace="16f00c2e-ac5c-418b-9f13-a0771dbd417d"/>
    <xsd:import namespace="7b7b584f-b248-4b7e-83b3-414c80c55410"/>
    <xsd:element name="properties">
      <xsd:complexType>
        <xsd:sequence>
          <xsd:element name="documentManagement">
            <xsd:complexType>
              <xsd:all>
                <xsd:element ref="ns2:_dlc_DocId" minOccurs="0"/>
                <xsd:element ref="ns2:_dlc_DocIdUrl" minOccurs="0"/>
                <xsd:element ref="ns2:_dlc_DocIdPersistId" minOccurs="0"/>
                <xsd:element ref="ns1:URL" minOccurs="0"/>
                <xsd:element ref="ns3: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1"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b7b584f-b248-4b7e-83b3-414c80c55410" elementFormDefault="qualified">
    <xsd:import namespace="http://schemas.microsoft.com/office/2006/documentManagement/types"/>
    <xsd:import namespace="http://schemas.microsoft.com/office/infopath/2007/PartnerControls"/>
    <xsd:element name="Order0" ma:index="12" nillable="true" ma:displayName="Order" ma:internalName="Order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Order0 xmlns="7b7b584f-b248-4b7e-83b3-414c80c55410">15</Order0>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6A470119-92E1-459E-BBD8-9408FD6858E7}"/>
</file>

<file path=customXml/itemProps2.xml><?xml version="1.0" encoding="utf-8"?>
<ds:datastoreItem xmlns:ds="http://schemas.openxmlformats.org/officeDocument/2006/customXml" ds:itemID="{805A5494-67AE-4F56-9C28-A47ACFAB7879}">
  <ds:schemaRefs>
    <ds:schemaRef ds:uri="http://schemas.microsoft.com/sharepoint/v3/contenttype/forms"/>
  </ds:schemaRefs>
</ds:datastoreItem>
</file>

<file path=customXml/itemProps3.xml><?xml version="1.0" encoding="utf-8"?>
<ds:datastoreItem xmlns:ds="http://schemas.openxmlformats.org/officeDocument/2006/customXml" ds:itemID="{69806B86-3F01-40EF-B1F8-65E3E2E5F109}">
  <ds:schemaRefs>
    <ds:schemaRef ds:uri="http://schemas.microsoft.com/office/2006/metadata/properties"/>
    <ds:schemaRef ds:uri="http://schemas.microsoft.com/office/infopath/2007/PartnerControls"/>
    <ds:schemaRef ds:uri="859dced7-8711-461a-b6b7-4054540c37b1"/>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5.xml><?xml version="1.0" encoding="utf-8"?>
<ds:datastoreItem xmlns:ds="http://schemas.openxmlformats.org/officeDocument/2006/customXml" ds:itemID="{5702C3A5-1B62-4925-AEFA-B1A666E2CC2F}"/>
</file>

<file path=docProps/app.xml><?xml version="1.0" encoding="utf-8"?>
<Properties xmlns="http://schemas.openxmlformats.org/officeDocument/2006/extended-properties" xmlns:vt="http://schemas.openxmlformats.org/officeDocument/2006/docPropsVTypes">
  <Template>Normal</Template>
  <TotalTime>119</TotalTime>
  <Pages>10</Pages>
  <Words>2596</Words>
  <Characters>14803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NCDOT Safe Routes to School Programming and Planning Grant Application Worksheet</vt:lpstr>
    </vt:vector>
  </TitlesOfParts>
  <Manager/>
  <Company/>
  <LinksUpToDate>false</LinksUpToDate>
  <CharactersWithSpaces>17365</CharactersWithSpaces>
  <SharedDoc>false</SharedDoc>
  <HyperlinkBase/>
  <HLinks>
    <vt:vector size="72" baseType="variant">
      <vt:variant>
        <vt:i4>8061046</vt:i4>
      </vt:variant>
      <vt:variant>
        <vt:i4>15</vt:i4>
      </vt:variant>
      <vt:variant>
        <vt:i4>0</vt:i4>
      </vt:variant>
      <vt:variant>
        <vt:i4>5</vt:i4>
      </vt:variant>
      <vt:variant>
        <vt:lpwstr>https://www.dpi.nc.gov/data-reports/economically-disadvantaged</vt:lpwstr>
      </vt:variant>
      <vt:variant>
        <vt:lpwstr/>
      </vt:variant>
      <vt:variant>
        <vt:i4>1835021</vt:i4>
      </vt:variant>
      <vt:variant>
        <vt:i4>12</vt:i4>
      </vt:variant>
      <vt:variant>
        <vt:i4>0</vt:i4>
      </vt:variant>
      <vt:variant>
        <vt:i4>5</vt:i4>
      </vt:variant>
      <vt:variant>
        <vt:lpwstr>https://connect.ncdot.gov/projects/BikePed/Pages/saferoutestoschool.aspx</vt:lpwstr>
      </vt:variant>
      <vt:variant>
        <vt:lpwstr/>
      </vt:variant>
      <vt:variant>
        <vt:i4>1048629</vt:i4>
      </vt:variant>
      <vt:variant>
        <vt:i4>9</vt:i4>
      </vt:variant>
      <vt:variant>
        <vt:i4>0</vt:i4>
      </vt:variant>
      <vt:variant>
        <vt:i4>5</vt:i4>
      </vt:variant>
      <vt:variant>
        <vt:lpwstr>mailto:jadelcourt@ncdot.gov</vt:lpwstr>
      </vt:variant>
      <vt:variant>
        <vt:lpwstr/>
      </vt:variant>
      <vt:variant>
        <vt:i4>1835021</vt:i4>
      </vt:variant>
      <vt:variant>
        <vt:i4>0</vt:i4>
      </vt:variant>
      <vt:variant>
        <vt:i4>0</vt:i4>
      </vt:variant>
      <vt:variant>
        <vt:i4>5</vt:i4>
      </vt:variant>
      <vt:variant>
        <vt:lpwstr>https://connect.ncdot.gov/projects/BikePed/Pages/saferoutestoschool.aspx</vt:lpwstr>
      </vt:variant>
      <vt:variant>
        <vt:lpwstr/>
      </vt:variant>
      <vt:variant>
        <vt:i4>1441826</vt:i4>
      </vt:variant>
      <vt:variant>
        <vt:i4>21</vt:i4>
      </vt:variant>
      <vt:variant>
        <vt:i4>0</vt:i4>
      </vt:variant>
      <vt:variant>
        <vt:i4>5</vt:i4>
      </vt:variant>
      <vt:variant>
        <vt:lpwstr>mailto:javinehodge@ncdot.gov</vt:lpwstr>
      </vt:variant>
      <vt:variant>
        <vt:lpwstr/>
      </vt:variant>
      <vt:variant>
        <vt:i4>1966150</vt:i4>
      </vt:variant>
      <vt:variant>
        <vt:i4>18</vt:i4>
      </vt:variant>
      <vt:variant>
        <vt:i4>0</vt:i4>
      </vt:variant>
      <vt:variant>
        <vt:i4>5</vt:i4>
      </vt:variant>
      <vt:variant>
        <vt:lpwstr>https://experience.arcgis.com/experience/21dd7a5769ff4c678a4459d90201e14f</vt:lpwstr>
      </vt:variant>
      <vt:variant>
        <vt:lpwstr/>
      </vt:variant>
      <vt:variant>
        <vt:i4>2556013</vt:i4>
      </vt:variant>
      <vt:variant>
        <vt:i4>15</vt:i4>
      </vt:variant>
      <vt:variant>
        <vt:i4>0</vt:i4>
      </vt:variant>
      <vt:variant>
        <vt:i4>5</vt:i4>
      </vt:variant>
      <vt:variant>
        <vt:lpwstr>https://ncdot.maps.arcgis.com/apps/dashboards/be4ec3f875d24804a7d069b1b6e4adb6</vt:lpwstr>
      </vt:variant>
      <vt:variant>
        <vt:lpwstr/>
      </vt:variant>
      <vt:variant>
        <vt:i4>7471202</vt:i4>
      </vt:variant>
      <vt:variant>
        <vt:i4>12</vt:i4>
      </vt:variant>
      <vt:variant>
        <vt:i4>0</vt:i4>
      </vt:variant>
      <vt:variant>
        <vt:i4>5</vt:i4>
      </vt:variant>
      <vt:variant>
        <vt:lpwstr>https://connect.ncdot.gov/projects/BikePed/pages/pbin.aspx</vt:lpwstr>
      </vt:variant>
      <vt:variant>
        <vt:lpwstr/>
      </vt:variant>
      <vt:variant>
        <vt:i4>5701656</vt:i4>
      </vt:variant>
      <vt:variant>
        <vt:i4>9</vt:i4>
      </vt:variant>
      <vt:variant>
        <vt:i4>0</vt:i4>
      </vt:variant>
      <vt:variant>
        <vt:i4>5</vt:i4>
      </vt:variant>
      <vt:variant>
        <vt:lpwstr>https://ncdot.maps.arcgis.com/home/item.html?id=d00e97d23146472cb5da78fc3dbc0274</vt:lpwstr>
      </vt:variant>
      <vt:variant>
        <vt:lpwstr>overview</vt:lpwstr>
      </vt:variant>
      <vt:variant>
        <vt:i4>4063278</vt:i4>
      </vt:variant>
      <vt:variant>
        <vt:i4>6</vt:i4>
      </vt:variant>
      <vt:variant>
        <vt:i4>0</vt:i4>
      </vt:variant>
      <vt:variant>
        <vt:i4>5</vt:i4>
      </vt:variant>
      <vt:variant>
        <vt:lpwstr>https://ncdot.maps.arcgis.com/apps/mapviewer/index.html?webmap=b4fcdc266d054a1ca075b60715f88aef</vt:lpwstr>
      </vt:variant>
      <vt:variant>
        <vt:lpwstr/>
      </vt:variant>
      <vt:variant>
        <vt:i4>7995494</vt:i4>
      </vt:variant>
      <vt:variant>
        <vt:i4>3</vt:i4>
      </vt:variant>
      <vt:variant>
        <vt:i4>0</vt:i4>
      </vt:variant>
      <vt:variant>
        <vt:i4>5</vt:i4>
      </vt:variant>
      <vt:variant>
        <vt:lpwstr>https://ncdot.maps.arcgis.com/apps/dashboards/78046d11cabd4658a4d45b88c52ab8af</vt:lpwstr>
      </vt:variant>
      <vt:variant>
        <vt:lpwstr/>
      </vt:variant>
      <vt:variant>
        <vt:i4>79</vt:i4>
      </vt:variant>
      <vt:variant>
        <vt:i4>0</vt:i4>
      </vt:variant>
      <vt:variant>
        <vt:i4>0</vt:i4>
      </vt:variant>
      <vt:variant>
        <vt:i4>5</vt:i4>
      </vt:variant>
      <vt:variant>
        <vt:lpwstr>https://vhb.maps.arcgis.com/apps/mapviewer/index.html?webmap=ad84ca4a4f424b04bac19ec6dff1f40a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Grant Application Worksheet_10.13 Update</dc:title>
  <dc:subject/>
  <dc:creator>N.C. Department of Transportation</dc:creator>
  <cp:keywords/>
  <dc:description>generated by python-docx</dc:description>
  <cp:lastModifiedBy>Delcourt, Jennifer A</cp:lastModifiedBy>
  <cp:revision>214</cp:revision>
  <dcterms:created xsi:type="dcterms:W3CDTF">2026-09-25T18:08:00Z</dcterms:created>
  <dcterms:modified xsi:type="dcterms:W3CDTF">2026-10-13T15:29:00Z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de1b26a1-d952-40d0-bde9-1ec55b30c779</vt:lpwstr>
  </property>
  <property fmtid="{D5CDD505-2E9C-101B-9397-08002B2CF9AE}" pid="3" name="ContentTypeId">
    <vt:lpwstr>0x0101008BE548AD73888941A6B68E948E44AADD</vt:lpwstr>
  </property>
  <property fmtid="{D5CDD505-2E9C-101B-9397-08002B2CF9AE}" pid="4" name="Order">
    <vt:r8>1700</vt:r8>
  </property>
</Properties>
</file>